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C38" w:rsidRPr="00871C38" w:rsidRDefault="00871C38" w:rsidP="00871C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71C38">
        <w:rPr>
          <w:rFonts w:ascii="Times New Roman" w:hAnsi="Times New Roman" w:cs="Times New Roman"/>
          <w:b/>
          <w:sz w:val="24"/>
        </w:rPr>
        <w:t>T.C.</w:t>
      </w:r>
    </w:p>
    <w:p w:rsidR="00584E71" w:rsidRPr="00871C38" w:rsidRDefault="000F41FC" w:rsidP="00871C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71C38">
        <w:rPr>
          <w:rFonts w:ascii="Times New Roman" w:hAnsi="Times New Roman" w:cs="Times New Roman"/>
          <w:b/>
          <w:sz w:val="24"/>
        </w:rPr>
        <w:t>AKSARAY ÜNİVERSİTESİ</w:t>
      </w:r>
    </w:p>
    <w:p w:rsidR="00584E71" w:rsidRPr="00871C38" w:rsidRDefault="000F41FC" w:rsidP="00871C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71C38">
        <w:rPr>
          <w:rFonts w:ascii="Times New Roman" w:hAnsi="Times New Roman" w:cs="Times New Roman"/>
          <w:b/>
          <w:sz w:val="24"/>
        </w:rPr>
        <w:t>FEN EDEBİYAT FAKÜLTESİ</w:t>
      </w:r>
    </w:p>
    <w:p w:rsidR="00584E71" w:rsidRPr="00871C38" w:rsidRDefault="000F41FC" w:rsidP="00871C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71C38">
        <w:rPr>
          <w:rFonts w:ascii="Times New Roman" w:hAnsi="Times New Roman" w:cs="Times New Roman"/>
          <w:b/>
          <w:sz w:val="24"/>
        </w:rPr>
        <w:t xml:space="preserve">BİTİRME ÇALIŞMASI </w:t>
      </w:r>
      <w:r w:rsidR="00871C38" w:rsidRPr="00871C38">
        <w:rPr>
          <w:rFonts w:ascii="Times New Roman" w:hAnsi="Times New Roman" w:cs="Times New Roman"/>
          <w:b/>
          <w:sz w:val="24"/>
        </w:rPr>
        <w:t xml:space="preserve">BENZERLİK </w:t>
      </w:r>
      <w:r w:rsidRPr="00871C38">
        <w:rPr>
          <w:rFonts w:ascii="Times New Roman" w:hAnsi="Times New Roman" w:cs="Times New Roman"/>
          <w:b/>
          <w:sz w:val="24"/>
        </w:rPr>
        <w:t>RAPORU</w:t>
      </w:r>
    </w:p>
    <w:p w:rsidR="002B13E0" w:rsidRPr="002B13E0" w:rsidRDefault="002B13E0" w:rsidP="002B13E0"/>
    <w:tbl>
      <w:tblPr>
        <w:tblStyle w:val="TabloKlavuzu"/>
        <w:tblW w:w="8784" w:type="dxa"/>
        <w:tblLook w:val="04A0" w:firstRow="1" w:lastRow="0" w:firstColumn="1" w:lastColumn="0" w:noHBand="0" w:noVBand="1"/>
      </w:tblPr>
      <w:tblGrid>
        <w:gridCol w:w="3397"/>
        <w:gridCol w:w="5387"/>
      </w:tblGrid>
      <w:tr w:rsidR="00871C38" w:rsidTr="00871C38">
        <w:tc>
          <w:tcPr>
            <w:tcW w:w="3397" w:type="dxa"/>
          </w:tcPr>
          <w:p w:rsidR="00871C38" w:rsidRP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Öğrenci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nin</w:t>
            </w: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Adı Soyadı</w:t>
            </w:r>
          </w:p>
        </w:tc>
        <w:tc>
          <w:tcPr>
            <w:tcW w:w="5387" w:type="dxa"/>
          </w:tcPr>
          <w:p w:rsid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71C38" w:rsidTr="00871C38">
        <w:tc>
          <w:tcPr>
            <w:tcW w:w="3397" w:type="dxa"/>
          </w:tcPr>
          <w:p w:rsidR="00871C38" w:rsidRP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Numarası</w:t>
            </w:r>
          </w:p>
        </w:tc>
        <w:tc>
          <w:tcPr>
            <w:tcW w:w="5387" w:type="dxa"/>
          </w:tcPr>
          <w:p w:rsid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71C38" w:rsidTr="00871C38">
        <w:tc>
          <w:tcPr>
            <w:tcW w:w="3397" w:type="dxa"/>
          </w:tcPr>
          <w:p w:rsidR="00871C38" w:rsidRP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Bölümü</w:t>
            </w:r>
          </w:p>
        </w:tc>
        <w:tc>
          <w:tcPr>
            <w:tcW w:w="5387" w:type="dxa"/>
          </w:tcPr>
          <w:p w:rsid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71C38" w:rsidTr="00871C38">
        <w:tc>
          <w:tcPr>
            <w:tcW w:w="3397" w:type="dxa"/>
          </w:tcPr>
          <w:p w:rsidR="00871C38" w:rsidRP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Danışman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ın</w:t>
            </w: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Adı Soyadı</w:t>
            </w:r>
          </w:p>
        </w:tc>
        <w:tc>
          <w:tcPr>
            <w:tcW w:w="5387" w:type="dxa"/>
          </w:tcPr>
          <w:p w:rsid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71C38" w:rsidTr="00871C38">
        <w:tc>
          <w:tcPr>
            <w:tcW w:w="3397" w:type="dxa"/>
          </w:tcPr>
          <w:p w:rsidR="00871C38" w:rsidRP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Bitirme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Tezinin</w:t>
            </w: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Başlığı</w:t>
            </w:r>
          </w:p>
        </w:tc>
        <w:tc>
          <w:tcPr>
            <w:tcW w:w="5387" w:type="dxa"/>
          </w:tcPr>
          <w:p w:rsid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71C38" w:rsidTr="00871C38">
        <w:tc>
          <w:tcPr>
            <w:tcW w:w="3397" w:type="dxa"/>
          </w:tcPr>
          <w:p w:rsidR="00871C38" w:rsidRP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İntihal Programı</w:t>
            </w:r>
          </w:p>
        </w:tc>
        <w:tc>
          <w:tcPr>
            <w:tcW w:w="5387" w:type="dxa"/>
          </w:tcPr>
          <w:p w:rsid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71C38" w:rsidTr="00871C38">
        <w:tc>
          <w:tcPr>
            <w:tcW w:w="3397" w:type="dxa"/>
          </w:tcPr>
          <w:p w:rsidR="00871C38" w:rsidRP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Rapor Tarihi</w:t>
            </w:r>
          </w:p>
        </w:tc>
        <w:tc>
          <w:tcPr>
            <w:tcW w:w="5387" w:type="dxa"/>
          </w:tcPr>
          <w:p w:rsid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71C38" w:rsidTr="00871C38">
        <w:tc>
          <w:tcPr>
            <w:tcW w:w="3397" w:type="dxa"/>
          </w:tcPr>
          <w:p w:rsidR="00871C38" w:rsidRP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Kaynakça (Referanslar) Hariç Benzerlik Oranı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(%)</w:t>
            </w:r>
          </w:p>
        </w:tc>
        <w:tc>
          <w:tcPr>
            <w:tcW w:w="5387" w:type="dxa"/>
          </w:tcPr>
          <w:p w:rsidR="00871C38" w:rsidRPr="002B13E0" w:rsidRDefault="00871C38" w:rsidP="00871C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871C38" w:rsidRDefault="00871C38" w:rsidP="00871C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871C38" w:rsidRDefault="00871C38">
      <w:pPr>
        <w:rPr>
          <w:rFonts w:ascii="Times New Roman" w:hAnsi="Times New Roman" w:cs="Times New Roman"/>
          <w:sz w:val="24"/>
          <w:szCs w:val="24"/>
          <w:lang w:val="tr-TR"/>
        </w:rPr>
      </w:pPr>
    </w:p>
    <w:p w:rsidR="00584E71" w:rsidRPr="002B13E0" w:rsidRDefault="00584E71" w:rsidP="002B13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3E0" w:rsidRPr="00871C38" w:rsidRDefault="002B13E0" w:rsidP="002B13E0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tr-TR"/>
        </w:rPr>
      </w:pPr>
      <w:r w:rsidRPr="002B13E0">
        <w:rPr>
          <w:rFonts w:ascii="Times New Roman" w:hAnsi="Times New Roman" w:cs="Times New Roman"/>
          <w:color w:val="000000"/>
          <w:sz w:val="24"/>
          <w:szCs w:val="24"/>
          <w:lang w:val="tr-TR"/>
        </w:rPr>
        <w:t xml:space="preserve">Bu Bitirme </w:t>
      </w:r>
      <w:r w:rsidR="00871C38">
        <w:rPr>
          <w:rFonts w:ascii="Times New Roman" w:hAnsi="Times New Roman" w:cs="Times New Roman"/>
          <w:color w:val="000000"/>
          <w:sz w:val="24"/>
          <w:szCs w:val="24"/>
          <w:lang w:val="tr-TR"/>
        </w:rPr>
        <w:t>Tezi</w:t>
      </w:r>
      <w:r w:rsidRPr="002B13E0">
        <w:rPr>
          <w:rFonts w:ascii="Times New Roman" w:hAnsi="Times New Roman" w:cs="Times New Roman"/>
          <w:color w:val="000000"/>
          <w:sz w:val="24"/>
          <w:szCs w:val="24"/>
          <w:lang w:val="tr-TR"/>
        </w:rPr>
        <w:t>, yukarıda adı ve soyadı belirtilen [Öğrenci Adı Soya</w:t>
      </w:r>
      <w:r w:rsidR="00871C38">
        <w:rPr>
          <w:rFonts w:ascii="Times New Roman" w:hAnsi="Times New Roman" w:cs="Times New Roman"/>
          <w:color w:val="000000"/>
          <w:sz w:val="24"/>
          <w:szCs w:val="24"/>
          <w:lang w:val="tr-TR"/>
        </w:rPr>
        <w:t>dı] tarafından hazırlanmış olup</w:t>
      </w:r>
      <w:r w:rsidRPr="002B13E0">
        <w:rPr>
          <w:rFonts w:ascii="Times New Roman" w:hAnsi="Times New Roman" w:cs="Times New Roman"/>
          <w:color w:val="000000"/>
          <w:sz w:val="24"/>
          <w:szCs w:val="24"/>
          <w:lang w:val="tr-TR"/>
        </w:rPr>
        <w:t xml:space="preserve"> akademik etik kurallarına uygun olarak yürütülmüştür. </w:t>
      </w:r>
      <w:r w:rsidR="00871C38">
        <w:rPr>
          <w:rFonts w:ascii="Times New Roman" w:hAnsi="Times New Roman" w:cs="Times New Roman"/>
          <w:color w:val="000000"/>
          <w:sz w:val="24"/>
          <w:szCs w:val="24"/>
          <w:lang w:val="tr-TR"/>
        </w:rPr>
        <w:t>Tez</w:t>
      </w:r>
      <w:r w:rsidRPr="002B13E0">
        <w:rPr>
          <w:rFonts w:ascii="Times New Roman" w:hAnsi="Times New Roman" w:cs="Times New Roman"/>
          <w:color w:val="000000"/>
          <w:sz w:val="24"/>
          <w:szCs w:val="24"/>
          <w:lang w:val="tr-TR"/>
        </w:rPr>
        <w:t>, [Danışman Adı Soyadı] danışmanlığı denetiminde tamamlanmıştır. Yukarıdaki bilgiler ve beyan, tarafımızca doğruluğu onaylanmıştır.</w:t>
      </w:r>
      <w:r w:rsidR="00871C38">
        <w:rPr>
          <w:rFonts w:ascii="Times New Roman" w:hAnsi="Times New Roman" w:cs="Times New Roman"/>
          <w:color w:val="000000"/>
          <w:sz w:val="24"/>
          <w:szCs w:val="24"/>
          <w:lang w:val="tr-TR"/>
        </w:rPr>
        <w:t xml:space="preserve"> </w:t>
      </w:r>
      <w:r w:rsidRPr="002B13E0">
        <w:rPr>
          <w:rFonts w:ascii="Times New Roman" w:hAnsi="Times New Roman" w:cs="Times New Roman"/>
          <w:sz w:val="24"/>
          <w:szCs w:val="24"/>
          <w:lang w:val="tr-TR"/>
        </w:rPr>
        <w:t xml:space="preserve">Tarih:  </w:t>
      </w:r>
      <w:proofErr w:type="gramStart"/>
      <w:r>
        <w:rPr>
          <w:rFonts w:ascii="Times New Roman" w:hAnsi="Times New Roman" w:cs="Times New Roman"/>
          <w:sz w:val="24"/>
          <w:szCs w:val="24"/>
          <w:lang w:val="tr-TR"/>
        </w:rPr>
        <w:t>..</w:t>
      </w:r>
      <w:proofErr w:type="gramEnd"/>
      <w:r w:rsidRPr="002B13E0">
        <w:rPr>
          <w:rFonts w:ascii="Times New Roman" w:hAnsi="Times New Roman" w:cs="Times New Roman"/>
          <w:sz w:val="24"/>
          <w:szCs w:val="24"/>
          <w:lang w:val="tr-TR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tr-TR"/>
        </w:rPr>
        <w:t>…</w:t>
      </w:r>
      <w:r w:rsidRPr="002B13E0">
        <w:rPr>
          <w:rFonts w:ascii="Times New Roman" w:hAnsi="Times New Roman" w:cs="Times New Roman"/>
          <w:sz w:val="24"/>
          <w:szCs w:val="24"/>
          <w:lang w:val="tr-TR"/>
        </w:rPr>
        <w:t>/ 20</w:t>
      </w:r>
      <w:r>
        <w:rPr>
          <w:rFonts w:ascii="Times New Roman" w:hAnsi="Times New Roman" w:cs="Times New Roman"/>
          <w:sz w:val="24"/>
          <w:szCs w:val="24"/>
          <w:lang w:val="tr-TR"/>
        </w:rPr>
        <w:t>…</w:t>
      </w:r>
    </w:p>
    <w:p w:rsidR="00871C38" w:rsidRDefault="00871C38" w:rsidP="00871C38">
      <w:pPr>
        <w:jc w:val="right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Style w:val="TabloKlavuzu"/>
        <w:tblW w:w="8784" w:type="dxa"/>
        <w:tblLook w:val="04A0" w:firstRow="1" w:lastRow="0" w:firstColumn="1" w:lastColumn="0" w:noHBand="0" w:noVBand="1"/>
      </w:tblPr>
      <w:tblGrid>
        <w:gridCol w:w="1413"/>
        <w:gridCol w:w="3685"/>
        <w:gridCol w:w="3686"/>
      </w:tblGrid>
      <w:tr w:rsidR="00871C38" w:rsidTr="00871C38">
        <w:tc>
          <w:tcPr>
            <w:tcW w:w="1413" w:type="dxa"/>
          </w:tcPr>
          <w:p w:rsidR="00871C38" w:rsidRDefault="00871C38" w:rsidP="00871C3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685" w:type="dxa"/>
          </w:tcPr>
          <w:p w:rsidR="00871C38" w:rsidRPr="00871C38" w:rsidRDefault="00871C38" w:rsidP="00871C3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Ad </w:t>
            </w:r>
            <w:proofErr w:type="spellStart"/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Soyad</w:t>
            </w:r>
            <w:proofErr w:type="spellEnd"/>
          </w:p>
        </w:tc>
        <w:tc>
          <w:tcPr>
            <w:tcW w:w="3686" w:type="dxa"/>
          </w:tcPr>
          <w:p w:rsidR="00871C38" w:rsidRPr="00871C38" w:rsidRDefault="00871C38" w:rsidP="00871C3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İmza</w:t>
            </w:r>
          </w:p>
        </w:tc>
      </w:tr>
      <w:tr w:rsidR="00871C38" w:rsidTr="000F41FC">
        <w:tc>
          <w:tcPr>
            <w:tcW w:w="1413" w:type="dxa"/>
            <w:vAlign w:val="center"/>
          </w:tcPr>
          <w:p w:rsidR="00871C38" w:rsidRPr="00871C38" w:rsidRDefault="00871C38" w:rsidP="000F41F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Öğrenci</w:t>
            </w:r>
          </w:p>
        </w:tc>
        <w:tc>
          <w:tcPr>
            <w:tcW w:w="3685" w:type="dxa"/>
            <w:vAlign w:val="center"/>
          </w:tcPr>
          <w:p w:rsidR="00871C38" w:rsidRDefault="00871C38" w:rsidP="000F41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686" w:type="dxa"/>
            <w:vAlign w:val="center"/>
          </w:tcPr>
          <w:p w:rsidR="00871C38" w:rsidRDefault="00871C38" w:rsidP="000F41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71C38" w:rsidTr="000F41FC">
        <w:tc>
          <w:tcPr>
            <w:tcW w:w="1413" w:type="dxa"/>
            <w:vAlign w:val="center"/>
          </w:tcPr>
          <w:p w:rsidR="00871C38" w:rsidRPr="00871C38" w:rsidRDefault="00871C38" w:rsidP="000F41F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1C38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Danışman</w:t>
            </w:r>
          </w:p>
        </w:tc>
        <w:tc>
          <w:tcPr>
            <w:tcW w:w="3685" w:type="dxa"/>
            <w:vAlign w:val="center"/>
          </w:tcPr>
          <w:p w:rsidR="00871C38" w:rsidRDefault="00871C38" w:rsidP="000F41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686" w:type="dxa"/>
            <w:vAlign w:val="center"/>
          </w:tcPr>
          <w:p w:rsidR="00871C38" w:rsidRDefault="00871C38" w:rsidP="000F41F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871C38" w:rsidRDefault="00871C38" w:rsidP="00871C38">
      <w:pPr>
        <w:jc w:val="right"/>
        <w:rPr>
          <w:rFonts w:ascii="Times New Roman" w:hAnsi="Times New Roman" w:cs="Times New Roman"/>
          <w:sz w:val="24"/>
          <w:szCs w:val="24"/>
          <w:lang w:val="tr-TR"/>
        </w:rPr>
      </w:pPr>
    </w:p>
    <w:p w:rsidR="00871C38" w:rsidRDefault="00871C38" w:rsidP="00871C38">
      <w:pPr>
        <w:jc w:val="right"/>
        <w:rPr>
          <w:rFonts w:ascii="Times New Roman" w:hAnsi="Times New Roman" w:cs="Times New Roman"/>
          <w:sz w:val="24"/>
          <w:szCs w:val="24"/>
          <w:lang w:val="tr-TR"/>
        </w:rPr>
      </w:pPr>
    </w:p>
    <w:p w:rsidR="002B13E0" w:rsidRPr="002B13E0" w:rsidRDefault="002B13E0" w:rsidP="00871C38">
      <w:pPr>
        <w:jc w:val="right"/>
        <w:rPr>
          <w:rFonts w:ascii="Times New Roman" w:hAnsi="Times New Roman" w:cs="Times New Roman"/>
          <w:sz w:val="24"/>
          <w:szCs w:val="24"/>
          <w:lang w:val="tr-TR"/>
        </w:rPr>
      </w:pPr>
      <w:bookmarkStart w:id="0" w:name="_GoBack"/>
      <w:bookmarkEnd w:id="0"/>
    </w:p>
    <w:sectPr w:rsidR="002B13E0" w:rsidRPr="002B13E0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91E" w:rsidRDefault="00C0191E" w:rsidP="00EB43E1">
      <w:pPr>
        <w:spacing w:after="0" w:line="240" w:lineRule="auto"/>
      </w:pPr>
      <w:r>
        <w:separator/>
      </w:r>
    </w:p>
  </w:endnote>
  <w:endnote w:type="continuationSeparator" w:id="0">
    <w:p w:rsidR="00C0191E" w:rsidRDefault="00C0191E" w:rsidP="00EB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91E" w:rsidRDefault="00C0191E" w:rsidP="00EB43E1">
      <w:pPr>
        <w:spacing w:after="0" w:line="240" w:lineRule="auto"/>
      </w:pPr>
      <w:r>
        <w:separator/>
      </w:r>
    </w:p>
  </w:footnote>
  <w:footnote w:type="continuationSeparator" w:id="0">
    <w:p w:rsidR="00C0191E" w:rsidRDefault="00C0191E" w:rsidP="00EB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3E1" w:rsidRDefault="00EB43E1" w:rsidP="00EB43E1">
    <w:pPr>
      <w:pStyle w:val="stBilgi"/>
      <w:jc w:val="right"/>
    </w:pPr>
    <w:r>
      <w:rPr>
        <w:b/>
        <w:bCs/>
        <w:noProof/>
        <w:sz w:val="28"/>
        <w:szCs w:val="28"/>
        <w:lang w:eastAsia="tr-T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4938395</wp:posOffset>
          </wp:positionH>
          <wp:positionV relativeFrom="paragraph">
            <wp:posOffset>-290830</wp:posOffset>
          </wp:positionV>
          <wp:extent cx="1323975" cy="1323975"/>
          <wp:effectExtent l="0" t="0" r="9525" b="9525"/>
          <wp:wrapNone/>
          <wp:docPr id="192821745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21745" name="Resim 19282174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41FC"/>
    <w:rsid w:val="0015074B"/>
    <w:rsid w:val="0029639D"/>
    <w:rsid w:val="002B13E0"/>
    <w:rsid w:val="00326F90"/>
    <w:rsid w:val="00584E71"/>
    <w:rsid w:val="00871C38"/>
    <w:rsid w:val="00AA1D8D"/>
    <w:rsid w:val="00B47730"/>
    <w:rsid w:val="00C0191E"/>
    <w:rsid w:val="00CB0664"/>
    <w:rsid w:val="00EB43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9E2367"/>
  <w14:defaultImageDpi w14:val="300"/>
  <w15:docId w15:val="{2BAC3E0B-91F0-5D46-8D5D-E67E55D7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8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BA8E87-658F-4F1D-A4FB-1389D6D17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5</cp:revision>
  <dcterms:created xsi:type="dcterms:W3CDTF">2026-02-21T20:40:00Z</dcterms:created>
  <dcterms:modified xsi:type="dcterms:W3CDTF">2026-07-24T09:14:00Z</dcterms:modified>
  <cp:category/>
</cp:coreProperties>
</file>