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4D03" w:rsidRPr="00B4673B" w:rsidRDefault="00E94D03" w:rsidP="00E94D03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AKSARAY ÜNİVERSİTESİ</w:t>
      </w:r>
    </w:p>
    <w:p w:rsidR="009930BB" w:rsidRPr="00B4673B" w:rsidRDefault="006B0897" w:rsidP="006B0897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FEN EDEBİYAT FAKÜLTESİ</w:t>
      </w:r>
    </w:p>
    <w:p w:rsidR="006B0897" w:rsidRPr="00B4673B" w:rsidRDefault="006B0897" w:rsidP="00E94D03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MİNE NUR UYSAL KONFERANS SALONU</w:t>
      </w:r>
    </w:p>
    <w:p w:rsidR="006B0897" w:rsidRPr="00B4673B" w:rsidRDefault="006B0897" w:rsidP="006B0897">
      <w:pPr>
        <w:spacing w:before="40" w:after="80"/>
        <w:jc w:val="center"/>
        <w:rPr>
          <w:rFonts w:cs="Arial"/>
          <w:b/>
          <w:bCs/>
          <w:color w:val="000000" w:themeColor="text1"/>
          <w:sz w:val="24"/>
          <w:szCs w:val="40"/>
          <w:lang w:val="tr-TR"/>
        </w:rPr>
      </w:pPr>
      <w:r w:rsidRPr="00B4673B">
        <w:rPr>
          <w:rFonts w:cs="Arial"/>
          <w:b/>
          <w:bCs/>
          <w:color w:val="000000" w:themeColor="text1"/>
          <w:sz w:val="24"/>
          <w:szCs w:val="40"/>
          <w:lang w:val="tr-TR"/>
        </w:rPr>
        <w:t>TALEP FORMU</w:t>
      </w:r>
    </w:p>
    <w:p w:rsidR="006B0897" w:rsidRPr="00B4673B" w:rsidRDefault="006B0897" w:rsidP="006B0897">
      <w:pPr>
        <w:spacing w:before="40" w:after="80"/>
        <w:rPr>
          <w:color w:val="5A5A5A"/>
          <w:sz w:val="16"/>
          <w:lang w:val="tr-TR"/>
        </w:rPr>
      </w:pPr>
    </w:p>
    <w:p w:rsidR="006B0897" w:rsidRPr="00B4673B" w:rsidRDefault="006B0897">
      <w:pPr>
        <w:spacing w:before="40" w:after="80"/>
        <w:jc w:val="right"/>
        <w:rPr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1. TALEP EDEN BİRİM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8153"/>
      </w:tblGrid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 xml:space="preserve">Bölüm 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Talep Eden Kişi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7A4FB5">
            <w:pPr>
              <w:rPr>
                <w:sz w:val="24"/>
                <w:szCs w:val="24"/>
                <w:lang w:val="tr-TR"/>
              </w:rPr>
            </w:pPr>
            <w:proofErr w:type="spellStart"/>
            <w:r>
              <w:rPr>
                <w:b/>
                <w:sz w:val="24"/>
                <w:szCs w:val="24"/>
                <w:lang w:val="tr-TR"/>
              </w:rPr>
              <w:t>Ü</w:t>
            </w:r>
            <w:r w:rsidR="00000000" w:rsidRPr="00B4673B">
              <w:rPr>
                <w:b/>
                <w:sz w:val="24"/>
                <w:szCs w:val="24"/>
                <w:lang w:val="tr-TR"/>
              </w:rPr>
              <w:t>nvanı</w:t>
            </w:r>
            <w:proofErr w:type="spellEnd"/>
            <w:r w:rsidR="00000000" w:rsidRPr="00B4673B">
              <w:rPr>
                <w:b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Telefon / Dahili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2. ETKİNLİK BİLGİLERİ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8153"/>
      </w:tblGrid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Etkinliğin Adı</w:t>
            </w:r>
          </w:p>
        </w:tc>
        <w:tc>
          <w:tcPr>
            <w:tcW w:w="8153" w:type="dxa"/>
            <w:vAlign w:val="center"/>
          </w:tcPr>
          <w:p w:rsidR="009930BB" w:rsidRPr="00B4673B" w:rsidRDefault="009930BB">
            <w:pPr>
              <w:rPr>
                <w:sz w:val="24"/>
                <w:szCs w:val="24"/>
                <w:lang w:val="tr-TR"/>
              </w:rPr>
            </w:pPr>
          </w:p>
        </w:tc>
      </w:tr>
      <w:tr w:rsidR="009930BB" w:rsidRPr="00B4673B" w:rsidTr="00E94D03">
        <w:trPr>
          <w:trHeight w:val="237"/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Etkinlik Türü</w:t>
            </w:r>
          </w:p>
        </w:tc>
        <w:tc>
          <w:tcPr>
            <w:tcW w:w="8153" w:type="dxa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☐ Konferans   ☐ Panel   ☐ Seminer   ☐ Toplantı   ☐ Diğer: </w:t>
            </w: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Tarih</w:t>
            </w:r>
          </w:p>
        </w:tc>
        <w:tc>
          <w:tcPr>
            <w:tcW w:w="8153" w:type="dxa"/>
            <w:vAlign w:val="center"/>
          </w:tcPr>
          <w:p w:rsidR="009930BB" w:rsidRPr="00B4673B" w:rsidRDefault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     /       / </w:t>
            </w:r>
          </w:p>
        </w:tc>
      </w:tr>
      <w:tr w:rsidR="009930BB" w:rsidRPr="00B4673B" w:rsidTr="00E94D03">
        <w:trPr>
          <w:jc w:val="center"/>
        </w:trPr>
        <w:tc>
          <w:tcPr>
            <w:tcW w:w="2263" w:type="dxa"/>
            <w:shd w:val="clear" w:color="auto" w:fill="D9EAF7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sz w:val="24"/>
                <w:szCs w:val="24"/>
                <w:lang w:val="tr-TR"/>
              </w:rPr>
              <w:t>Saat</w:t>
            </w:r>
          </w:p>
        </w:tc>
        <w:tc>
          <w:tcPr>
            <w:tcW w:w="8153" w:type="dxa"/>
            <w:vAlign w:val="center"/>
          </w:tcPr>
          <w:p w:rsidR="00E94D03" w:rsidRPr="00B4673B" w:rsidRDefault="00000000">
            <w:pPr>
              <w:rPr>
                <w:sz w:val="24"/>
                <w:szCs w:val="24"/>
                <w:lang w:val="tr-TR"/>
              </w:rPr>
            </w:pPr>
            <w:proofErr w:type="gramStart"/>
            <w:r w:rsidRPr="00B4673B">
              <w:rPr>
                <w:sz w:val="24"/>
                <w:szCs w:val="24"/>
                <w:lang w:val="tr-TR"/>
              </w:rPr>
              <w:t xml:space="preserve">Başlangıç: </w:t>
            </w:r>
            <w:r w:rsidR="00E94D03" w:rsidRPr="00B4673B">
              <w:rPr>
                <w:sz w:val="24"/>
                <w:szCs w:val="24"/>
                <w:lang w:val="tr-TR"/>
              </w:rPr>
              <w:t xml:space="preserve">  </w:t>
            </w:r>
            <w:proofErr w:type="gramEnd"/>
            <w:r w:rsidR="00E94D03" w:rsidRPr="00B4673B">
              <w:rPr>
                <w:sz w:val="24"/>
                <w:szCs w:val="24"/>
                <w:lang w:val="tr-TR"/>
              </w:rPr>
              <w:t xml:space="preserve">              </w:t>
            </w:r>
            <w:r w:rsidRPr="00B4673B">
              <w:rPr>
                <w:sz w:val="24"/>
                <w:szCs w:val="24"/>
                <w:lang w:val="tr-TR"/>
              </w:rPr>
              <w:t xml:space="preserve">  Bitiş: </w:t>
            </w:r>
          </w:p>
        </w:tc>
      </w:tr>
    </w:tbl>
    <w:p w:rsidR="009930BB" w:rsidRPr="00B4673B" w:rsidRDefault="009930BB">
      <w:pPr>
        <w:spacing w:after="0"/>
        <w:rPr>
          <w:sz w:val="24"/>
          <w:szCs w:val="2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9930BB" w:rsidRPr="00B4673B">
        <w:tc>
          <w:tcPr>
            <w:tcW w:w="10426" w:type="dxa"/>
            <w:shd w:val="clear" w:color="auto" w:fill="4472C4"/>
            <w:vAlign w:val="center"/>
          </w:tcPr>
          <w:p w:rsidR="009930BB" w:rsidRPr="00B4673B" w:rsidRDefault="00000000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3. KULLANIM TAAHHÜDÜ</w:t>
            </w:r>
          </w:p>
        </w:tc>
      </w:tr>
    </w:tbl>
    <w:p w:rsidR="009930BB" w:rsidRPr="00B4673B" w:rsidRDefault="00000000" w:rsidP="00E94D03">
      <w:pPr>
        <w:spacing w:before="20" w:after="80"/>
        <w:jc w:val="both"/>
        <w:rPr>
          <w:sz w:val="24"/>
          <w:szCs w:val="24"/>
          <w:lang w:val="tr-TR"/>
        </w:rPr>
      </w:pPr>
      <w:r w:rsidRPr="00B4673B">
        <w:rPr>
          <w:sz w:val="24"/>
          <w:szCs w:val="24"/>
          <w:lang w:val="tr-TR"/>
        </w:rPr>
        <w:t>Mine Nur Uysal Konferans Salonu'nun belirtilen tarih ve saatlerde, yukarıda belirtilen etkinlik amacıyla kullanılacağını</w:t>
      </w:r>
      <w:r w:rsidR="00E94D03" w:rsidRPr="00B4673B">
        <w:rPr>
          <w:sz w:val="24"/>
          <w:szCs w:val="24"/>
          <w:lang w:val="tr-TR"/>
        </w:rPr>
        <w:t>,</w:t>
      </w:r>
      <w:r w:rsidRPr="00B4673B">
        <w:rPr>
          <w:sz w:val="24"/>
          <w:szCs w:val="24"/>
          <w:lang w:val="tr-TR"/>
        </w:rPr>
        <w:t xml:space="preserve"> salon ve demirbaşların özenle korunacağını ve etkinlik sonunda salonun düzenli şekilde bırakılacağını kabul ve taahhüt ederim.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416"/>
      </w:tblGrid>
      <w:tr w:rsidR="006B0897" w:rsidRPr="00B4673B" w:rsidTr="006B0897">
        <w:trPr>
          <w:jc w:val="center"/>
        </w:trPr>
        <w:tc>
          <w:tcPr>
            <w:tcW w:w="10602" w:type="dxa"/>
            <w:shd w:val="clear" w:color="auto" w:fill="4472C4"/>
            <w:vAlign w:val="center"/>
          </w:tcPr>
          <w:p w:rsidR="006B0897" w:rsidRPr="00B4673B" w:rsidRDefault="006B0897">
            <w:pPr>
              <w:jc w:val="center"/>
              <w:rPr>
                <w:sz w:val="24"/>
                <w:szCs w:val="24"/>
                <w:lang w:val="tr-TR"/>
              </w:rPr>
            </w:pPr>
            <w:r w:rsidRPr="00B4673B">
              <w:rPr>
                <w:b/>
                <w:color w:val="FFFFFF"/>
                <w:sz w:val="24"/>
                <w:szCs w:val="24"/>
                <w:lang w:val="tr-TR"/>
              </w:rPr>
              <w:t>Talep Eden</w:t>
            </w:r>
          </w:p>
        </w:tc>
      </w:tr>
      <w:tr w:rsidR="006B0897" w:rsidRPr="00B4673B" w:rsidTr="006B0897">
        <w:trPr>
          <w:jc w:val="center"/>
        </w:trPr>
        <w:tc>
          <w:tcPr>
            <w:tcW w:w="10602" w:type="dxa"/>
            <w:vAlign w:val="center"/>
          </w:tcPr>
          <w:p w:rsidR="006B0897" w:rsidRPr="00B4673B" w:rsidRDefault="006B0897" w:rsidP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B4673B">
              <w:rPr>
                <w:sz w:val="24"/>
                <w:szCs w:val="24"/>
                <w:lang w:val="tr-TR"/>
              </w:rPr>
              <w:t>Soyad</w:t>
            </w:r>
            <w:proofErr w:type="spellEnd"/>
            <w:r w:rsidRPr="00B4673B">
              <w:rPr>
                <w:sz w:val="24"/>
                <w:szCs w:val="24"/>
                <w:lang w:val="tr-TR"/>
              </w:rPr>
              <w:t>:</w:t>
            </w:r>
          </w:p>
          <w:p w:rsidR="006B0897" w:rsidRDefault="006B0897" w:rsidP="006B0897">
            <w:pPr>
              <w:rPr>
                <w:sz w:val="24"/>
                <w:szCs w:val="24"/>
                <w:lang w:val="tr-TR"/>
              </w:rPr>
            </w:pPr>
            <w:r w:rsidRPr="00B4673B">
              <w:rPr>
                <w:sz w:val="24"/>
                <w:szCs w:val="24"/>
                <w:lang w:val="tr-TR"/>
              </w:rPr>
              <w:br/>
              <w:t>İmza</w:t>
            </w:r>
            <w:r w:rsidR="00B4673B">
              <w:rPr>
                <w:sz w:val="24"/>
                <w:szCs w:val="24"/>
                <w:lang w:val="tr-TR"/>
              </w:rPr>
              <w:t>:</w:t>
            </w:r>
          </w:p>
          <w:p w:rsidR="00B4673B" w:rsidRDefault="00B4673B" w:rsidP="006B0897">
            <w:pPr>
              <w:rPr>
                <w:sz w:val="24"/>
                <w:szCs w:val="24"/>
                <w:lang w:val="tr-TR"/>
              </w:rPr>
            </w:pPr>
          </w:p>
          <w:p w:rsidR="00B4673B" w:rsidRPr="00B4673B" w:rsidRDefault="00B4673B" w:rsidP="006B0897">
            <w:pPr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Tarih:</w:t>
            </w:r>
          </w:p>
        </w:tc>
      </w:tr>
    </w:tbl>
    <w:p w:rsidR="009930BB" w:rsidRPr="00B4673B" w:rsidRDefault="009930BB">
      <w:pPr>
        <w:spacing w:after="0"/>
        <w:rPr>
          <w:lang w:val="tr-TR"/>
        </w:rPr>
      </w:pPr>
    </w:p>
    <w:sectPr w:rsidR="009930BB" w:rsidRPr="00B4673B" w:rsidSect="006B0897">
      <w:headerReference w:type="default" r:id="rId8"/>
      <w:footerReference w:type="default" r:id="rId9"/>
      <w:pgSz w:w="12240" w:h="15840"/>
      <w:pgMar w:top="230" w:right="907" w:bottom="737" w:left="90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68A8" w:rsidRDefault="005D68A8">
      <w:pPr>
        <w:spacing w:after="0" w:line="240" w:lineRule="auto"/>
      </w:pPr>
      <w:r>
        <w:separator/>
      </w:r>
    </w:p>
  </w:endnote>
  <w:endnote w:type="continuationSeparator" w:id="0">
    <w:p w:rsidR="005D68A8" w:rsidRDefault="005D6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30BB" w:rsidRDefault="009930BB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68A8" w:rsidRDefault="005D68A8">
      <w:pPr>
        <w:spacing w:after="0" w:line="240" w:lineRule="auto"/>
      </w:pPr>
      <w:r>
        <w:separator/>
      </w:r>
    </w:p>
  </w:footnote>
  <w:footnote w:type="continuationSeparator" w:id="0">
    <w:p w:rsidR="005D68A8" w:rsidRDefault="005D6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0897" w:rsidRDefault="006B0897" w:rsidP="006B0897">
    <w:pPr>
      <w:pStyle w:val="stBilgi"/>
      <w:ind w:left="-567" w:hanging="284"/>
    </w:pPr>
    <w:r>
      <w:rPr>
        <w:noProof/>
      </w:rPr>
      <w:drawing>
        <wp:inline distT="0" distB="0" distL="0" distR="0">
          <wp:extent cx="1468073" cy="1468073"/>
          <wp:effectExtent l="0" t="0" r="5715" b="5715"/>
          <wp:docPr id="70114691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146916" name="Resim 7011469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1509614" cy="1509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005188">
    <w:abstractNumId w:val="8"/>
  </w:num>
  <w:num w:numId="2" w16cid:durableId="1955284409">
    <w:abstractNumId w:val="6"/>
  </w:num>
  <w:num w:numId="3" w16cid:durableId="1924296361">
    <w:abstractNumId w:val="5"/>
  </w:num>
  <w:num w:numId="4" w16cid:durableId="531041322">
    <w:abstractNumId w:val="4"/>
  </w:num>
  <w:num w:numId="5" w16cid:durableId="1117522623">
    <w:abstractNumId w:val="7"/>
  </w:num>
  <w:num w:numId="6" w16cid:durableId="1349138143">
    <w:abstractNumId w:val="3"/>
  </w:num>
  <w:num w:numId="7" w16cid:durableId="45687585">
    <w:abstractNumId w:val="2"/>
  </w:num>
  <w:num w:numId="8" w16cid:durableId="1046684196">
    <w:abstractNumId w:val="1"/>
  </w:num>
  <w:num w:numId="9" w16cid:durableId="15847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5FE7"/>
    <w:rsid w:val="0026673F"/>
    <w:rsid w:val="0029639D"/>
    <w:rsid w:val="00326F90"/>
    <w:rsid w:val="005D68A8"/>
    <w:rsid w:val="006B0897"/>
    <w:rsid w:val="007A4FB5"/>
    <w:rsid w:val="009930BB"/>
    <w:rsid w:val="00AA1D8D"/>
    <w:rsid w:val="00B4673B"/>
    <w:rsid w:val="00B47730"/>
    <w:rsid w:val="00CB0664"/>
    <w:rsid w:val="00D630B1"/>
    <w:rsid w:val="00E94D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6E34D"/>
  <w14:defaultImageDpi w14:val="300"/>
  <w15:docId w15:val="{239561A5-8A0C-A344-99E0-535D8BEA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6</cp:revision>
  <dcterms:created xsi:type="dcterms:W3CDTF">2026-08-31T08:47:00Z</dcterms:created>
  <dcterms:modified xsi:type="dcterms:W3CDTF">2026-09-02T06:46:00Z</dcterms:modified>
  <cp:category/>
</cp:coreProperties>
</file>