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37F42" w:rsidRPr="009400D0" w:rsidRDefault="00000000">
      <w:pPr>
        <w:spacing w:after="0"/>
        <w:jc w:val="center"/>
        <w:rPr>
          <w:sz w:val="24"/>
          <w:szCs w:val="24"/>
          <w:lang w:val="tr-TR"/>
        </w:rPr>
      </w:pPr>
      <w:r w:rsidRPr="009400D0">
        <w:rPr>
          <w:b/>
          <w:sz w:val="24"/>
          <w:szCs w:val="24"/>
          <w:lang w:val="tr-TR"/>
        </w:rPr>
        <w:t>AKSARAY ÜNİVERSİTESİ</w:t>
      </w:r>
    </w:p>
    <w:p w:rsidR="00E37F42" w:rsidRPr="009400D0" w:rsidRDefault="00000000">
      <w:pPr>
        <w:spacing w:after="20"/>
        <w:jc w:val="center"/>
        <w:rPr>
          <w:sz w:val="24"/>
          <w:szCs w:val="24"/>
          <w:lang w:val="tr-TR"/>
        </w:rPr>
      </w:pPr>
      <w:r w:rsidRPr="009400D0">
        <w:rPr>
          <w:b/>
          <w:sz w:val="24"/>
          <w:szCs w:val="24"/>
          <w:lang w:val="tr-TR"/>
        </w:rPr>
        <w:t>FEN-EDEBİYAT FAKÜLTESİ</w:t>
      </w:r>
    </w:p>
    <w:p w:rsidR="00E37F42" w:rsidRPr="009400D0" w:rsidRDefault="00000000">
      <w:pPr>
        <w:spacing w:after="100"/>
        <w:jc w:val="center"/>
        <w:rPr>
          <w:sz w:val="24"/>
          <w:szCs w:val="24"/>
          <w:lang w:val="tr-TR"/>
        </w:rPr>
      </w:pPr>
      <w:r w:rsidRPr="009400D0">
        <w:rPr>
          <w:b/>
          <w:sz w:val="24"/>
          <w:szCs w:val="24"/>
          <w:lang w:val="tr-TR"/>
        </w:rPr>
        <w:t>SINAV EVRAK</w:t>
      </w:r>
      <w:r w:rsidR="00612167">
        <w:rPr>
          <w:b/>
          <w:sz w:val="24"/>
          <w:szCs w:val="24"/>
          <w:lang w:val="tr-TR"/>
        </w:rPr>
        <w:t>I</w:t>
      </w:r>
      <w:r w:rsidRPr="009400D0">
        <w:rPr>
          <w:b/>
          <w:sz w:val="24"/>
          <w:szCs w:val="24"/>
          <w:lang w:val="tr-TR"/>
        </w:rPr>
        <w:t xml:space="preserve"> TESLİM FORMU</w:t>
      </w:r>
    </w:p>
    <w:p w:rsidR="00E37F42" w:rsidRPr="009400D0" w:rsidRDefault="00E37F42">
      <w:pPr>
        <w:spacing w:after="0"/>
        <w:rPr>
          <w:lang w:val="tr-TR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871"/>
        <w:gridCol w:w="2678"/>
        <w:gridCol w:w="2250"/>
        <w:gridCol w:w="3577"/>
      </w:tblGrid>
      <w:tr w:rsidR="00E37F42" w:rsidRPr="009400D0" w:rsidTr="00A72435">
        <w:trPr>
          <w:jc w:val="center"/>
        </w:trPr>
        <w:tc>
          <w:tcPr>
            <w:tcW w:w="1871" w:type="dxa"/>
            <w:shd w:val="clear" w:color="auto" w:fill="D9E2F3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:rsidR="00E37F42" w:rsidRPr="009400D0" w:rsidRDefault="00000000">
            <w:pPr>
              <w:rPr>
                <w:sz w:val="21"/>
                <w:szCs w:val="21"/>
                <w:lang w:val="tr-TR"/>
              </w:rPr>
            </w:pPr>
            <w:r w:rsidRPr="009400D0">
              <w:rPr>
                <w:b/>
                <w:sz w:val="21"/>
                <w:szCs w:val="21"/>
                <w:lang w:val="tr-TR"/>
              </w:rPr>
              <w:t>Bölüm</w:t>
            </w:r>
          </w:p>
        </w:tc>
        <w:tc>
          <w:tcPr>
            <w:tcW w:w="267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:rsidR="00E37F42" w:rsidRPr="009400D0" w:rsidRDefault="00E37F42">
            <w:pPr>
              <w:rPr>
                <w:sz w:val="21"/>
                <w:szCs w:val="21"/>
                <w:lang w:val="tr-TR"/>
              </w:rPr>
            </w:pPr>
          </w:p>
        </w:tc>
        <w:tc>
          <w:tcPr>
            <w:tcW w:w="2250" w:type="dxa"/>
            <w:shd w:val="clear" w:color="auto" w:fill="D9E2F3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:rsidR="00E37F42" w:rsidRPr="009400D0" w:rsidRDefault="00000000">
            <w:pPr>
              <w:rPr>
                <w:sz w:val="21"/>
                <w:szCs w:val="21"/>
                <w:lang w:val="tr-TR"/>
              </w:rPr>
            </w:pPr>
            <w:r w:rsidRPr="009400D0">
              <w:rPr>
                <w:b/>
                <w:sz w:val="21"/>
                <w:szCs w:val="21"/>
                <w:lang w:val="tr-TR"/>
              </w:rPr>
              <w:t>Akademik Yıl</w:t>
            </w:r>
            <w:r w:rsidR="00F21DF5">
              <w:rPr>
                <w:b/>
                <w:sz w:val="21"/>
                <w:szCs w:val="21"/>
                <w:lang w:val="tr-TR"/>
              </w:rPr>
              <w:t>/Dönem</w:t>
            </w:r>
          </w:p>
        </w:tc>
        <w:tc>
          <w:tcPr>
            <w:tcW w:w="3577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:rsidR="00E37F42" w:rsidRPr="009400D0" w:rsidRDefault="00000000">
            <w:pPr>
              <w:rPr>
                <w:sz w:val="21"/>
                <w:szCs w:val="21"/>
                <w:lang w:val="tr-TR"/>
              </w:rPr>
            </w:pPr>
            <w:r w:rsidRPr="009400D0">
              <w:rPr>
                <w:sz w:val="21"/>
                <w:szCs w:val="21"/>
                <w:lang w:val="tr-TR"/>
              </w:rPr>
              <w:t>20… / 20…</w:t>
            </w:r>
          </w:p>
        </w:tc>
      </w:tr>
      <w:tr w:rsidR="00E37F42" w:rsidRPr="009400D0" w:rsidTr="00A72435">
        <w:trPr>
          <w:jc w:val="center"/>
        </w:trPr>
        <w:tc>
          <w:tcPr>
            <w:tcW w:w="1871" w:type="dxa"/>
            <w:shd w:val="clear" w:color="auto" w:fill="D9E2F3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:rsidR="00E37F42" w:rsidRPr="009400D0" w:rsidRDefault="00000000">
            <w:pPr>
              <w:rPr>
                <w:sz w:val="21"/>
                <w:szCs w:val="21"/>
                <w:lang w:val="tr-TR"/>
              </w:rPr>
            </w:pPr>
            <w:r w:rsidRPr="009400D0">
              <w:rPr>
                <w:b/>
                <w:sz w:val="21"/>
                <w:szCs w:val="21"/>
                <w:lang w:val="tr-TR"/>
              </w:rPr>
              <w:t>Dersin Kodu</w:t>
            </w:r>
          </w:p>
        </w:tc>
        <w:tc>
          <w:tcPr>
            <w:tcW w:w="267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:rsidR="00E37F42" w:rsidRPr="009400D0" w:rsidRDefault="00E37F42">
            <w:pPr>
              <w:rPr>
                <w:sz w:val="21"/>
                <w:szCs w:val="21"/>
                <w:lang w:val="tr-TR"/>
              </w:rPr>
            </w:pPr>
          </w:p>
        </w:tc>
        <w:tc>
          <w:tcPr>
            <w:tcW w:w="2250" w:type="dxa"/>
            <w:shd w:val="clear" w:color="auto" w:fill="D9E2F3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:rsidR="00E37F42" w:rsidRPr="009400D0" w:rsidRDefault="00000000">
            <w:pPr>
              <w:rPr>
                <w:sz w:val="21"/>
                <w:szCs w:val="21"/>
                <w:lang w:val="tr-TR"/>
              </w:rPr>
            </w:pPr>
            <w:r w:rsidRPr="009400D0">
              <w:rPr>
                <w:b/>
                <w:sz w:val="21"/>
                <w:szCs w:val="21"/>
                <w:lang w:val="tr-TR"/>
              </w:rPr>
              <w:t>Dersin Adı</w:t>
            </w:r>
          </w:p>
        </w:tc>
        <w:tc>
          <w:tcPr>
            <w:tcW w:w="3577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:rsidR="00E37F42" w:rsidRPr="009400D0" w:rsidRDefault="00E37F42">
            <w:pPr>
              <w:rPr>
                <w:sz w:val="21"/>
                <w:szCs w:val="21"/>
                <w:lang w:val="tr-TR"/>
              </w:rPr>
            </w:pPr>
          </w:p>
        </w:tc>
      </w:tr>
      <w:tr w:rsidR="00140C2D" w:rsidRPr="009400D0" w:rsidTr="00A72435">
        <w:trPr>
          <w:jc w:val="center"/>
        </w:trPr>
        <w:tc>
          <w:tcPr>
            <w:tcW w:w="1871" w:type="dxa"/>
            <w:shd w:val="clear" w:color="auto" w:fill="D9E2F3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:rsidR="00140C2D" w:rsidRPr="009400D0" w:rsidRDefault="00140C2D">
            <w:pPr>
              <w:rPr>
                <w:sz w:val="21"/>
                <w:szCs w:val="21"/>
                <w:lang w:val="tr-TR"/>
              </w:rPr>
            </w:pPr>
            <w:r w:rsidRPr="009400D0">
              <w:rPr>
                <w:b/>
                <w:sz w:val="21"/>
                <w:szCs w:val="21"/>
                <w:lang w:val="tr-TR"/>
              </w:rPr>
              <w:t>Dersi Veren Öğretim Elemanı</w:t>
            </w:r>
          </w:p>
        </w:tc>
        <w:tc>
          <w:tcPr>
            <w:tcW w:w="267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:rsidR="00140C2D" w:rsidRPr="009400D0" w:rsidRDefault="00140C2D">
            <w:pPr>
              <w:rPr>
                <w:sz w:val="21"/>
                <w:szCs w:val="21"/>
                <w:lang w:val="tr-TR"/>
              </w:rPr>
            </w:pPr>
          </w:p>
        </w:tc>
        <w:tc>
          <w:tcPr>
            <w:tcW w:w="2250" w:type="dxa"/>
            <w:vMerge w:val="restart"/>
            <w:shd w:val="clear" w:color="auto" w:fill="D9E2F3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:rsidR="00140C2D" w:rsidRPr="009400D0" w:rsidRDefault="00612167">
            <w:pPr>
              <w:rPr>
                <w:sz w:val="21"/>
                <w:szCs w:val="21"/>
                <w:lang w:val="tr-TR"/>
              </w:rPr>
            </w:pPr>
            <w:r>
              <w:rPr>
                <w:b/>
                <w:sz w:val="21"/>
                <w:szCs w:val="21"/>
                <w:lang w:val="tr-TR"/>
              </w:rPr>
              <w:t xml:space="preserve"> </w:t>
            </w:r>
            <w:r w:rsidR="00140C2D" w:rsidRPr="009400D0">
              <w:rPr>
                <w:b/>
                <w:sz w:val="21"/>
                <w:szCs w:val="21"/>
                <w:lang w:val="tr-TR"/>
              </w:rPr>
              <w:t>Sınav Türü</w:t>
            </w:r>
          </w:p>
        </w:tc>
        <w:tc>
          <w:tcPr>
            <w:tcW w:w="3577" w:type="dxa"/>
            <w:vMerge w:val="restart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:rsidR="00140C2D" w:rsidRDefault="00140C2D">
            <w:pPr>
              <w:rPr>
                <w:sz w:val="21"/>
                <w:szCs w:val="21"/>
                <w:lang w:val="tr-TR"/>
              </w:rPr>
            </w:pPr>
            <w:r w:rsidRPr="009400D0">
              <w:rPr>
                <w:sz w:val="21"/>
                <w:szCs w:val="21"/>
                <w:lang w:val="tr-TR"/>
              </w:rPr>
              <w:t xml:space="preserve">☐ Ara Sınav   </w:t>
            </w:r>
            <w:r>
              <w:rPr>
                <w:sz w:val="21"/>
                <w:szCs w:val="21"/>
                <w:lang w:val="tr-TR"/>
              </w:rPr>
              <w:t xml:space="preserve">  </w:t>
            </w:r>
            <w:r w:rsidRPr="009400D0">
              <w:rPr>
                <w:sz w:val="21"/>
                <w:szCs w:val="21"/>
                <w:lang w:val="tr-TR"/>
              </w:rPr>
              <w:t xml:space="preserve">☐ Final   </w:t>
            </w:r>
          </w:p>
          <w:p w:rsidR="00140C2D" w:rsidRDefault="00140C2D">
            <w:pPr>
              <w:rPr>
                <w:sz w:val="21"/>
                <w:szCs w:val="21"/>
                <w:lang w:val="tr-TR"/>
              </w:rPr>
            </w:pPr>
            <w:r w:rsidRPr="009400D0">
              <w:rPr>
                <w:sz w:val="21"/>
                <w:szCs w:val="21"/>
                <w:lang w:val="tr-TR"/>
              </w:rPr>
              <w:t xml:space="preserve">☐ Bütünleme   ☐ Mazeret   </w:t>
            </w:r>
          </w:p>
          <w:p w:rsidR="00140C2D" w:rsidRPr="009400D0" w:rsidRDefault="00140C2D">
            <w:pPr>
              <w:rPr>
                <w:sz w:val="21"/>
                <w:szCs w:val="21"/>
                <w:lang w:val="tr-TR"/>
              </w:rPr>
            </w:pPr>
            <w:r w:rsidRPr="009400D0">
              <w:rPr>
                <w:sz w:val="21"/>
                <w:szCs w:val="21"/>
                <w:lang w:val="tr-TR"/>
              </w:rPr>
              <w:t>☐ Diğer</w:t>
            </w:r>
          </w:p>
        </w:tc>
      </w:tr>
      <w:tr w:rsidR="00140C2D" w:rsidRPr="009400D0" w:rsidTr="00A72435">
        <w:trPr>
          <w:trHeight w:val="20"/>
          <w:jc w:val="center"/>
        </w:trPr>
        <w:tc>
          <w:tcPr>
            <w:tcW w:w="1871" w:type="dxa"/>
            <w:shd w:val="clear" w:color="auto" w:fill="D9E2F3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:rsidR="00140C2D" w:rsidRPr="009400D0" w:rsidRDefault="00140C2D">
            <w:pPr>
              <w:rPr>
                <w:sz w:val="21"/>
                <w:szCs w:val="21"/>
                <w:lang w:val="tr-TR"/>
              </w:rPr>
            </w:pPr>
            <w:r w:rsidRPr="009400D0">
              <w:rPr>
                <w:b/>
                <w:sz w:val="21"/>
                <w:szCs w:val="21"/>
                <w:lang w:val="tr-TR"/>
              </w:rPr>
              <w:t>Sınav Tarihi</w:t>
            </w:r>
          </w:p>
        </w:tc>
        <w:tc>
          <w:tcPr>
            <w:tcW w:w="2678" w:type="dxa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:rsidR="00140C2D" w:rsidRPr="009400D0" w:rsidRDefault="00140C2D">
            <w:pPr>
              <w:rPr>
                <w:sz w:val="21"/>
                <w:szCs w:val="21"/>
                <w:lang w:val="tr-TR"/>
              </w:rPr>
            </w:pPr>
          </w:p>
        </w:tc>
        <w:tc>
          <w:tcPr>
            <w:tcW w:w="2250" w:type="dxa"/>
            <w:vMerge/>
            <w:shd w:val="clear" w:color="auto" w:fill="D9E2F3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:rsidR="00140C2D" w:rsidRPr="009400D0" w:rsidRDefault="00140C2D">
            <w:pPr>
              <w:rPr>
                <w:sz w:val="21"/>
                <w:szCs w:val="21"/>
                <w:lang w:val="tr-TR"/>
              </w:rPr>
            </w:pPr>
          </w:p>
        </w:tc>
        <w:tc>
          <w:tcPr>
            <w:tcW w:w="3577" w:type="dxa"/>
            <w:vMerge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:rsidR="00140C2D" w:rsidRPr="009400D0" w:rsidRDefault="00140C2D">
            <w:pPr>
              <w:rPr>
                <w:sz w:val="21"/>
                <w:szCs w:val="21"/>
                <w:lang w:val="tr-TR"/>
              </w:rPr>
            </w:pPr>
          </w:p>
        </w:tc>
      </w:tr>
    </w:tbl>
    <w:p w:rsidR="002076C2" w:rsidRPr="009400D0" w:rsidRDefault="002076C2">
      <w:pPr>
        <w:spacing w:after="0"/>
        <w:rPr>
          <w:lang w:val="tr-TR"/>
        </w:rPr>
      </w:pPr>
    </w:p>
    <w:p w:rsidR="00E37F42" w:rsidRPr="009400D0" w:rsidRDefault="00000000">
      <w:pPr>
        <w:spacing w:before="60" w:after="60"/>
        <w:rPr>
          <w:sz w:val="20"/>
          <w:szCs w:val="20"/>
          <w:lang w:val="tr-TR"/>
        </w:rPr>
      </w:pPr>
      <w:r w:rsidRPr="009400D0">
        <w:rPr>
          <w:b/>
          <w:sz w:val="20"/>
          <w:szCs w:val="20"/>
          <w:lang w:val="tr-TR"/>
        </w:rPr>
        <w:t>TESLİM EDİLEN SINAV EVRAKI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8647"/>
        <w:gridCol w:w="1176"/>
      </w:tblGrid>
      <w:tr w:rsidR="009400D0" w:rsidRPr="009400D0" w:rsidTr="007E5423">
        <w:trPr>
          <w:tblHeader/>
          <w:jc w:val="center"/>
        </w:trPr>
        <w:tc>
          <w:tcPr>
            <w:tcW w:w="562" w:type="dxa"/>
            <w:shd w:val="clear" w:color="auto" w:fill="4472C4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9400D0" w:rsidRPr="009400D0" w:rsidRDefault="009400D0">
            <w:pPr>
              <w:jc w:val="center"/>
              <w:rPr>
                <w:sz w:val="20"/>
                <w:szCs w:val="20"/>
                <w:lang w:val="tr-TR"/>
              </w:rPr>
            </w:pPr>
            <w:r w:rsidRPr="009400D0">
              <w:rPr>
                <w:b/>
                <w:color w:val="FFFFFF"/>
                <w:sz w:val="20"/>
                <w:szCs w:val="20"/>
                <w:lang w:val="tr-TR"/>
              </w:rPr>
              <w:t>Sıra</w:t>
            </w:r>
          </w:p>
        </w:tc>
        <w:tc>
          <w:tcPr>
            <w:tcW w:w="8647" w:type="dxa"/>
            <w:shd w:val="clear" w:color="auto" w:fill="4472C4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9400D0" w:rsidRPr="009400D0" w:rsidRDefault="009400D0">
            <w:pPr>
              <w:jc w:val="center"/>
              <w:rPr>
                <w:sz w:val="20"/>
                <w:szCs w:val="20"/>
                <w:lang w:val="tr-TR"/>
              </w:rPr>
            </w:pPr>
            <w:r w:rsidRPr="009400D0">
              <w:rPr>
                <w:b/>
                <w:color w:val="FFFFFF"/>
                <w:sz w:val="20"/>
                <w:szCs w:val="20"/>
                <w:lang w:val="tr-TR"/>
              </w:rPr>
              <w:t>Evrak / Belge</w:t>
            </w:r>
          </w:p>
        </w:tc>
        <w:tc>
          <w:tcPr>
            <w:tcW w:w="1176" w:type="dxa"/>
            <w:shd w:val="clear" w:color="auto" w:fill="4472C4"/>
            <w:tcMar>
              <w:top w:w="60" w:type="dxa"/>
              <w:left w:w="70" w:type="dxa"/>
              <w:bottom w:w="60" w:type="dxa"/>
              <w:right w:w="70" w:type="dxa"/>
            </w:tcMar>
          </w:tcPr>
          <w:p w:rsidR="009400D0" w:rsidRPr="009400D0" w:rsidRDefault="009400D0">
            <w:pPr>
              <w:jc w:val="center"/>
              <w:rPr>
                <w:sz w:val="20"/>
                <w:szCs w:val="20"/>
                <w:lang w:val="tr-TR"/>
              </w:rPr>
            </w:pPr>
            <w:r w:rsidRPr="009400D0">
              <w:rPr>
                <w:b/>
                <w:color w:val="FFFFFF"/>
                <w:sz w:val="20"/>
                <w:szCs w:val="20"/>
                <w:lang w:val="tr-TR"/>
              </w:rPr>
              <w:t>Durum</w:t>
            </w:r>
          </w:p>
        </w:tc>
      </w:tr>
      <w:tr w:rsidR="009400D0" w:rsidRPr="009400D0" w:rsidTr="007E5423">
        <w:trPr>
          <w:jc w:val="center"/>
        </w:trPr>
        <w:tc>
          <w:tcPr>
            <w:tcW w:w="56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9400D0" w:rsidRPr="009400D0" w:rsidRDefault="009400D0">
            <w:pPr>
              <w:jc w:val="center"/>
              <w:rPr>
                <w:sz w:val="20"/>
                <w:szCs w:val="20"/>
                <w:lang w:val="tr-TR"/>
              </w:rPr>
            </w:pPr>
            <w:r w:rsidRPr="009400D0">
              <w:rPr>
                <w:sz w:val="20"/>
                <w:szCs w:val="20"/>
                <w:lang w:val="tr-TR"/>
              </w:rPr>
              <w:t>1</w:t>
            </w:r>
          </w:p>
        </w:tc>
        <w:tc>
          <w:tcPr>
            <w:tcW w:w="864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9400D0" w:rsidRPr="009400D0" w:rsidRDefault="009400D0">
            <w:pPr>
              <w:rPr>
                <w:sz w:val="20"/>
                <w:szCs w:val="20"/>
                <w:lang w:val="tr-TR"/>
              </w:rPr>
            </w:pPr>
            <w:r w:rsidRPr="009400D0">
              <w:rPr>
                <w:sz w:val="20"/>
                <w:szCs w:val="20"/>
                <w:lang w:val="tr-TR"/>
              </w:rPr>
              <w:t>Sınav soru kâğı</w:t>
            </w:r>
            <w:r w:rsidR="00F21DF5">
              <w:rPr>
                <w:sz w:val="20"/>
                <w:szCs w:val="20"/>
                <w:lang w:val="tr-TR"/>
              </w:rPr>
              <w:t>tları</w:t>
            </w:r>
          </w:p>
        </w:tc>
        <w:tc>
          <w:tcPr>
            <w:tcW w:w="1176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9400D0" w:rsidRPr="009400D0" w:rsidRDefault="009400D0" w:rsidP="007E5423">
            <w:pPr>
              <w:rPr>
                <w:sz w:val="20"/>
                <w:szCs w:val="20"/>
                <w:lang w:val="tr-TR"/>
              </w:rPr>
            </w:pPr>
            <w:r w:rsidRPr="009400D0">
              <w:rPr>
                <w:sz w:val="20"/>
                <w:szCs w:val="20"/>
                <w:lang w:val="tr-TR"/>
              </w:rPr>
              <w:t xml:space="preserve">☐ </w:t>
            </w:r>
            <w:r w:rsidR="007E5423" w:rsidRPr="007E5423">
              <w:rPr>
                <w:sz w:val="20"/>
                <w:szCs w:val="20"/>
                <w:lang w:val="tr-TR"/>
              </w:rPr>
              <w:t>Mevcut</w:t>
            </w:r>
          </w:p>
        </w:tc>
      </w:tr>
      <w:tr w:rsidR="007E5423" w:rsidRPr="009400D0" w:rsidTr="007E5423">
        <w:trPr>
          <w:jc w:val="center"/>
        </w:trPr>
        <w:tc>
          <w:tcPr>
            <w:tcW w:w="56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E5423" w:rsidRPr="009400D0" w:rsidRDefault="007E5423" w:rsidP="007E5423">
            <w:pPr>
              <w:jc w:val="center"/>
              <w:rPr>
                <w:sz w:val="20"/>
                <w:szCs w:val="20"/>
                <w:lang w:val="tr-TR"/>
              </w:rPr>
            </w:pPr>
            <w:r w:rsidRPr="009400D0">
              <w:rPr>
                <w:sz w:val="20"/>
                <w:szCs w:val="20"/>
                <w:lang w:val="tr-TR"/>
              </w:rPr>
              <w:t>2</w:t>
            </w:r>
          </w:p>
        </w:tc>
        <w:tc>
          <w:tcPr>
            <w:tcW w:w="864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E5423" w:rsidRPr="009400D0" w:rsidRDefault="007E5423" w:rsidP="007E5423">
            <w:pPr>
              <w:rPr>
                <w:sz w:val="20"/>
                <w:szCs w:val="20"/>
                <w:lang w:val="tr-TR"/>
              </w:rPr>
            </w:pPr>
            <w:r w:rsidRPr="009400D0">
              <w:rPr>
                <w:sz w:val="20"/>
                <w:szCs w:val="20"/>
                <w:lang w:val="tr-TR"/>
              </w:rPr>
              <w:t xml:space="preserve">Cevap anahtarı </w:t>
            </w:r>
          </w:p>
        </w:tc>
        <w:tc>
          <w:tcPr>
            <w:tcW w:w="1176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E5423" w:rsidRDefault="007E5423" w:rsidP="007E5423">
            <w:r w:rsidRPr="00C54A5B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C54A5B">
              <w:rPr>
                <w:sz w:val="20"/>
                <w:szCs w:val="20"/>
                <w:lang w:val="tr-TR"/>
              </w:rPr>
              <w:t xml:space="preserve"> Mevcut</w:t>
            </w:r>
          </w:p>
        </w:tc>
      </w:tr>
      <w:tr w:rsidR="007E5423" w:rsidRPr="009400D0" w:rsidTr="007E5423">
        <w:trPr>
          <w:jc w:val="center"/>
        </w:trPr>
        <w:tc>
          <w:tcPr>
            <w:tcW w:w="56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E5423" w:rsidRPr="009400D0" w:rsidRDefault="007E5423" w:rsidP="007E5423">
            <w:pPr>
              <w:jc w:val="center"/>
              <w:rPr>
                <w:sz w:val="20"/>
                <w:szCs w:val="20"/>
                <w:lang w:val="tr-TR"/>
              </w:rPr>
            </w:pPr>
            <w:r w:rsidRPr="009400D0">
              <w:rPr>
                <w:sz w:val="20"/>
                <w:szCs w:val="20"/>
                <w:lang w:val="tr-TR"/>
              </w:rPr>
              <w:t>3</w:t>
            </w:r>
          </w:p>
        </w:tc>
        <w:tc>
          <w:tcPr>
            <w:tcW w:w="864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E5423" w:rsidRPr="009400D0" w:rsidRDefault="007E5423" w:rsidP="007E5423">
            <w:pPr>
              <w:rPr>
                <w:sz w:val="20"/>
                <w:szCs w:val="20"/>
                <w:lang w:val="tr-TR"/>
              </w:rPr>
            </w:pPr>
            <w:r w:rsidRPr="009400D0">
              <w:rPr>
                <w:sz w:val="20"/>
                <w:szCs w:val="20"/>
                <w:lang w:val="tr-TR"/>
              </w:rPr>
              <w:t>Öğrenci cevap kâğıtları</w:t>
            </w:r>
          </w:p>
        </w:tc>
        <w:tc>
          <w:tcPr>
            <w:tcW w:w="1176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E5423" w:rsidRDefault="007E5423" w:rsidP="007E5423">
            <w:r w:rsidRPr="00C54A5B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C54A5B">
              <w:rPr>
                <w:sz w:val="20"/>
                <w:szCs w:val="20"/>
                <w:lang w:val="tr-TR"/>
              </w:rPr>
              <w:t xml:space="preserve"> Mevcut</w:t>
            </w:r>
          </w:p>
        </w:tc>
      </w:tr>
      <w:tr w:rsidR="007E5423" w:rsidRPr="009400D0" w:rsidTr="007E5423">
        <w:trPr>
          <w:jc w:val="center"/>
        </w:trPr>
        <w:tc>
          <w:tcPr>
            <w:tcW w:w="56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E5423" w:rsidRPr="009400D0" w:rsidRDefault="007E5423" w:rsidP="007E5423">
            <w:pPr>
              <w:jc w:val="center"/>
              <w:rPr>
                <w:sz w:val="20"/>
                <w:szCs w:val="20"/>
                <w:lang w:val="tr-TR"/>
              </w:rPr>
            </w:pPr>
            <w:r w:rsidRPr="009400D0">
              <w:rPr>
                <w:sz w:val="20"/>
                <w:szCs w:val="20"/>
                <w:lang w:val="tr-TR"/>
              </w:rPr>
              <w:t>4</w:t>
            </w:r>
          </w:p>
        </w:tc>
        <w:tc>
          <w:tcPr>
            <w:tcW w:w="864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E5423" w:rsidRPr="009400D0" w:rsidRDefault="00612167" w:rsidP="007E5423">
            <w:pPr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Ders ve sınav</w:t>
            </w:r>
            <w:r w:rsidR="007E5423" w:rsidRPr="009400D0">
              <w:rPr>
                <w:sz w:val="20"/>
                <w:szCs w:val="20"/>
                <w:lang w:val="tr-TR"/>
              </w:rPr>
              <w:t xml:space="preserve"> yoklama/imza listesi</w:t>
            </w:r>
          </w:p>
        </w:tc>
        <w:tc>
          <w:tcPr>
            <w:tcW w:w="1176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E5423" w:rsidRDefault="007E5423" w:rsidP="007E5423">
            <w:r w:rsidRPr="00C54A5B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C54A5B">
              <w:rPr>
                <w:sz w:val="20"/>
                <w:szCs w:val="20"/>
                <w:lang w:val="tr-TR"/>
              </w:rPr>
              <w:t xml:space="preserve"> Mevcut</w:t>
            </w:r>
          </w:p>
        </w:tc>
      </w:tr>
      <w:tr w:rsidR="007E5423" w:rsidRPr="009400D0" w:rsidTr="007E5423">
        <w:trPr>
          <w:jc w:val="center"/>
        </w:trPr>
        <w:tc>
          <w:tcPr>
            <w:tcW w:w="56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E5423" w:rsidRPr="009400D0" w:rsidRDefault="007E5423" w:rsidP="007E5423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5</w:t>
            </w:r>
          </w:p>
        </w:tc>
        <w:tc>
          <w:tcPr>
            <w:tcW w:w="864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E5423" w:rsidRPr="009400D0" w:rsidRDefault="007E5423" w:rsidP="007E5423">
            <w:pPr>
              <w:rPr>
                <w:sz w:val="20"/>
                <w:szCs w:val="20"/>
                <w:lang w:val="tr-TR"/>
              </w:rPr>
            </w:pPr>
            <w:r w:rsidRPr="007E5423">
              <w:rPr>
                <w:sz w:val="20"/>
                <w:szCs w:val="20"/>
                <w:lang w:val="tr-TR"/>
              </w:rPr>
              <w:t>Sınav Soruları–Ders Öğrenim Çıktıları İlişkilendirme ve Değerlendirme Formu</w:t>
            </w:r>
          </w:p>
        </w:tc>
        <w:tc>
          <w:tcPr>
            <w:tcW w:w="1176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E5423" w:rsidRDefault="007E5423" w:rsidP="007E5423">
            <w:r w:rsidRPr="00C54A5B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C54A5B">
              <w:rPr>
                <w:sz w:val="20"/>
                <w:szCs w:val="20"/>
                <w:lang w:val="tr-TR"/>
              </w:rPr>
              <w:t xml:space="preserve"> Mevcut</w:t>
            </w:r>
          </w:p>
        </w:tc>
      </w:tr>
      <w:tr w:rsidR="007E5423" w:rsidRPr="009400D0" w:rsidTr="007E5423">
        <w:trPr>
          <w:jc w:val="center"/>
        </w:trPr>
        <w:tc>
          <w:tcPr>
            <w:tcW w:w="56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E5423" w:rsidRDefault="007E5423" w:rsidP="007E5423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6</w:t>
            </w:r>
          </w:p>
        </w:tc>
        <w:tc>
          <w:tcPr>
            <w:tcW w:w="864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E5423" w:rsidRPr="007E5423" w:rsidRDefault="00A72435" w:rsidP="007E5423">
            <w:pPr>
              <w:rPr>
                <w:sz w:val="20"/>
                <w:szCs w:val="20"/>
                <w:lang w:val="tr-TR"/>
              </w:rPr>
            </w:pPr>
            <w:r w:rsidRPr="00A72435">
              <w:rPr>
                <w:sz w:val="20"/>
                <w:szCs w:val="20"/>
                <w:lang w:val="tr-TR"/>
              </w:rPr>
              <w:t>En yüksek, orta ve en düşük başarı düzeyini temsil eden sınav kâğıtları (</w:t>
            </w:r>
            <w:r>
              <w:rPr>
                <w:sz w:val="20"/>
                <w:szCs w:val="20"/>
                <w:lang w:val="tr-TR"/>
              </w:rPr>
              <w:t xml:space="preserve">en </w:t>
            </w:r>
            <w:r w:rsidRPr="00A72435">
              <w:rPr>
                <w:sz w:val="20"/>
                <w:szCs w:val="20"/>
                <w:lang w:val="tr-TR"/>
              </w:rPr>
              <w:t>üst sırada)</w:t>
            </w:r>
          </w:p>
        </w:tc>
        <w:tc>
          <w:tcPr>
            <w:tcW w:w="1176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E5423" w:rsidRDefault="007E5423" w:rsidP="007E5423">
            <w:r w:rsidRPr="00C54A5B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C54A5B">
              <w:rPr>
                <w:sz w:val="20"/>
                <w:szCs w:val="20"/>
                <w:lang w:val="tr-TR"/>
              </w:rPr>
              <w:t xml:space="preserve"> Mevcut</w:t>
            </w:r>
          </w:p>
        </w:tc>
      </w:tr>
      <w:tr w:rsidR="007E5423" w:rsidRPr="009400D0" w:rsidTr="007E5423">
        <w:trPr>
          <w:jc w:val="center"/>
        </w:trPr>
        <w:tc>
          <w:tcPr>
            <w:tcW w:w="562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E5423" w:rsidRPr="009400D0" w:rsidRDefault="007E5423" w:rsidP="007E5423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7</w:t>
            </w:r>
          </w:p>
        </w:tc>
        <w:tc>
          <w:tcPr>
            <w:tcW w:w="8647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E5423" w:rsidRPr="009400D0" w:rsidRDefault="007E5423" w:rsidP="007E5423">
            <w:pPr>
              <w:rPr>
                <w:sz w:val="20"/>
                <w:szCs w:val="20"/>
                <w:lang w:val="tr-TR"/>
              </w:rPr>
            </w:pPr>
            <w:r w:rsidRPr="009400D0">
              <w:rPr>
                <w:sz w:val="20"/>
                <w:szCs w:val="20"/>
                <w:lang w:val="tr-TR"/>
              </w:rPr>
              <w:t>Varsa sınav tutanağı ve ekleri</w:t>
            </w:r>
          </w:p>
        </w:tc>
        <w:tc>
          <w:tcPr>
            <w:tcW w:w="1176" w:type="dxa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7E5423" w:rsidRDefault="007E5423" w:rsidP="007E5423">
            <w:r w:rsidRPr="00C54A5B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C54A5B">
              <w:rPr>
                <w:sz w:val="20"/>
                <w:szCs w:val="20"/>
                <w:lang w:val="tr-TR"/>
              </w:rPr>
              <w:t xml:space="preserve"> Mevcut</w:t>
            </w:r>
          </w:p>
        </w:tc>
      </w:tr>
    </w:tbl>
    <w:p w:rsidR="00E37F42" w:rsidRPr="009400D0" w:rsidRDefault="00E37F42">
      <w:pPr>
        <w:spacing w:after="0"/>
        <w:rPr>
          <w:lang w:val="tr-TR"/>
        </w:rPr>
      </w:pPr>
    </w:p>
    <w:p w:rsidR="00E37F42" w:rsidRPr="009400D0" w:rsidRDefault="00000000">
      <w:pPr>
        <w:spacing w:before="60" w:after="40"/>
        <w:rPr>
          <w:sz w:val="20"/>
          <w:szCs w:val="20"/>
          <w:lang w:val="tr-TR"/>
        </w:rPr>
      </w:pPr>
      <w:r w:rsidRPr="009400D0">
        <w:rPr>
          <w:b/>
          <w:sz w:val="20"/>
          <w:szCs w:val="20"/>
          <w:lang w:val="tr-TR"/>
        </w:rPr>
        <w:t>TESLİM</w:t>
      </w:r>
      <w:r w:rsidR="00440EAF">
        <w:rPr>
          <w:b/>
          <w:sz w:val="20"/>
          <w:szCs w:val="20"/>
          <w:lang w:val="tr-TR"/>
        </w:rPr>
        <w:t>,</w:t>
      </w:r>
      <w:r w:rsidRPr="009400D0">
        <w:rPr>
          <w:b/>
          <w:sz w:val="20"/>
          <w:szCs w:val="20"/>
          <w:lang w:val="tr-TR"/>
        </w:rPr>
        <w:t xml:space="preserve"> KONTROL</w:t>
      </w:r>
      <w:r w:rsidR="00440EAF" w:rsidRPr="00440EAF">
        <w:rPr>
          <w:rFonts w:cs="Arial"/>
          <w:b/>
          <w:sz w:val="20"/>
          <w:szCs w:val="20"/>
        </w:rPr>
        <w:t xml:space="preserve"> VE ARŞİV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3402"/>
        <w:gridCol w:w="3022"/>
      </w:tblGrid>
      <w:tr w:rsidR="00440EAF" w:rsidRPr="00440EAF" w:rsidTr="00992F9D">
        <w:trPr>
          <w:jc w:val="center"/>
        </w:trPr>
        <w:tc>
          <w:tcPr>
            <w:tcW w:w="10530" w:type="dxa"/>
            <w:gridSpan w:val="3"/>
            <w:shd w:val="clear" w:color="auto" w:fill="C6D9F1" w:themeFill="text2" w:themeFillTint="33"/>
          </w:tcPr>
          <w:p w:rsidR="00440EAF" w:rsidRPr="00563EDE" w:rsidRDefault="00440EAF" w:rsidP="00440EAF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563EDE">
              <w:rPr>
                <w:rFonts w:cs="Arial"/>
                <w:b/>
                <w:sz w:val="20"/>
                <w:szCs w:val="20"/>
                <w:lang w:val="tr-TR"/>
              </w:rPr>
              <w:t>TESLİM EDEN ÖĞRETİM ELEMANI</w:t>
            </w:r>
          </w:p>
        </w:tc>
      </w:tr>
      <w:tr w:rsidR="00440EAF" w:rsidRPr="00440EAF" w:rsidTr="00992F9D">
        <w:trPr>
          <w:jc w:val="center"/>
        </w:trPr>
        <w:tc>
          <w:tcPr>
            <w:tcW w:w="4106" w:type="dxa"/>
            <w:tcBorders>
              <w:bottom w:val="single" w:sz="4" w:space="0" w:color="auto"/>
            </w:tcBorders>
          </w:tcPr>
          <w:p w:rsidR="00440EAF" w:rsidRDefault="00440EAF" w:rsidP="001C0BF2">
            <w:pPr>
              <w:rPr>
                <w:rFonts w:cs="Arial"/>
                <w:sz w:val="20"/>
                <w:szCs w:val="20"/>
                <w:lang w:val="tr-TR"/>
              </w:rPr>
            </w:pPr>
            <w:r w:rsidRPr="00563EDE">
              <w:rPr>
                <w:rFonts w:cs="Arial"/>
                <w:sz w:val="20"/>
                <w:szCs w:val="20"/>
                <w:lang w:val="tr-TR"/>
              </w:rPr>
              <w:t>Adı Soyadı:</w:t>
            </w:r>
          </w:p>
          <w:p w:rsidR="00992F9D" w:rsidRDefault="00992F9D" w:rsidP="001C0BF2">
            <w:pPr>
              <w:rPr>
                <w:rFonts w:cs="Arial"/>
                <w:sz w:val="20"/>
                <w:szCs w:val="20"/>
                <w:lang w:val="tr-TR"/>
              </w:rPr>
            </w:pPr>
          </w:p>
          <w:p w:rsidR="00992F9D" w:rsidRPr="00563EDE" w:rsidRDefault="00992F9D" w:rsidP="001C0BF2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440EAF" w:rsidRPr="00563EDE" w:rsidRDefault="00171677" w:rsidP="001C0BF2">
            <w:pPr>
              <w:rPr>
                <w:rFonts w:cs="Arial"/>
                <w:sz w:val="20"/>
                <w:szCs w:val="20"/>
                <w:lang w:val="tr-TR"/>
              </w:rPr>
            </w:pPr>
            <w:proofErr w:type="spellStart"/>
            <w:r>
              <w:rPr>
                <w:rFonts w:cs="Arial"/>
                <w:sz w:val="20"/>
                <w:szCs w:val="20"/>
                <w:lang w:val="tr-TR"/>
              </w:rPr>
              <w:t>Ü</w:t>
            </w:r>
            <w:r w:rsidR="00440EAF" w:rsidRPr="00563EDE">
              <w:rPr>
                <w:rFonts w:cs="Arial"/>
                <w:sz w:val="20"/>
                <w:szCs w:val="20"/>
                <w:lang w:val="tr-TR"/>
              </w:rPr>
              <w:t>nvanı</w:t>
            </w:r>
            <w:proofErr w:type="spellEnd"/>
            <w:r w:rsidR="00440EAF" w:rsidRPr="00563EDE">
              <w:rPr>
                <w:rFonts w:cs="Arial"/>
                <w:sz w:val="20"/>
                <w:szCs w:val="20"/>
                <w:lang w:val="tr-TR"/>
              </w:rPr>
              <w:t>:</w:t>
            </w: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:rsidR="00440EAF" w:rsidRPr="00563EDE" w:rsidRDefault="00440EAF" w:rsidP="001C0BF2">
            <w:pPr>
              <w:rPr>
                <w:rFonts w:cs="Arial"/>
                <w:sz w:val="20"/>
                <w:szCs w:val="20"/>
                <w:lang w:val="tr-TR"/>
              </w:rPr>
            </w:pPr>
            <w:r w:rsidRPr="00563EDE">
              <w:rPr>
                <w:rFonts w:cs="Arial"/>
                <w:sz w:val="20"/>
                <w:szCs w:val="20"/>
                <w:lang w:val="tr-TR"/>
              </w:rPr>
              <w:t>İmza / Tarih:</w:t>
            </w:r>
          </w:p>
          <w:p w:rsidR="00440EAF" w:rsidRPr="00563EDE" w:rsidRDefault="00440EAF" w:rsidP="001C0BF2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</w:tr>
      <w:tr w:rsidR="00440EAF" w:rsidRPr="00440EAF" w:rsidTr="00992F9D">
        <w:trPr>
          <w:jc w:val="center"/>
        </w:trPr>
        <w:tc>
          <w:tcPr>
            <w:tcW w:w="10530" w:type="dxa"/>
            <w:gridSpan w:val="3"/>
            <w:shd w:val="clear" w:color="auto" w:fill="C6D9F1" w:themeFill="text2" w:themeFillTint="33"/>
          </w:tcPr>
          <w:p w:rsidR="00440EAF" w:rsidRPr="00563EDE" w:rsidRDefault="00440EAF" w:rsidP="00440EAF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563EDE">
              <w:rPr>
                <w:rFonts w:cs="Arial"/>
                <w:b/>
                <w:sz w:val="20"/>
                <w:szCs w:val="20"/>
                <w:lang w:val="tr-TR"/>
              </w:rPr>
              <w:t>KOMİSYON DEĞERLENDİRME SONUCU</w:t>
            </w:r>
          </w:p>
        </w:tc>
      </w:tr>
      <w:tr w:rsidR="00440EAF" w:rsidRPr="00440EAF" w:rsidTr="00992F9D">
        <w:trPr>
          <w:jc w:val="center"/>
        </w:trPr>
        <w:tc>
          <w:tcPr>
            <w:tcW w:w="10530" w:type="dxa"/>
            <w:gridSpan w:val="3"/>
            <w:tcBorders>
              <w:bottom w:val="single" w:sz="4" w:space="0" w:color="auto"/>
            </w:tcBorders>
          </w:tcPr>
          <w:p w:rsidR="00440EAF" w:rsidRPr="00563EDE" w:rsidRDefault="00440EAF" w:rsidP="001C0BF2">
            <w:pPr>
              <w:rPr>
                <w:rFonts w:cs="Arial"/>
                <w:sz w:val="20"/>
                <w:szCs w:val="20"/>
                <w:lang w:val="tr-TR"/>
              </w:rPr>
            </w:pPr>
            <w:r w:rsidRPr="00563EDE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563EDE">
              <w:rPr>
                <w:rFonts w:cs="Arial"/>
                <w:sz w:val="20"/>
                <w:szCs w:val="20"/>
                <w:lang w:val="tr-TR"/>
              </w:rPr>
              <w:t xml:space="preserve"> Uygun                          </w:t>
            </w:r>
            <w:r w:rsidRPr="00563EDE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563EDE">
              <w:rPr>
                <w:rFonts w:cs="Arial"/>
                <w:sz w:val="20"/>
                <w:szCs w:val="20"/>
                <w:lang w:val="tr-TR"/>
              </w:rPr>
              <w:t xml:space="preserve"> Eksiklik/Uygunsuzluk Nedeniyle İade Edildi              </w:t>
            </w:r>
            <w:r w:rsidRPr="00563EDE">
              <w:rPr>
                <w:rFonts w:ascii="Segoe UI Symbol" w:hAnsi="Segoe UI Symbol" w:cs="Segoe UI Symbol"/>
                <w:sz w:val="20"/>
                <w:szCs w:val="20"/>
                <w:lang w:val="tr-TR"/>
              </w:rPr>
              <w:t>☐</w:t>
            </w:r>
            <w:r w:rsidRPr="00563EDE">
              <w:rPr>
                <w:rFonts w:cs="Arial"/>
                <w:sz w:val="20"/>
                <w:szCs w:val="20"/>
                <w:lang w:val="tr-TR"/>
              </w:rPr>
              <w:t xml:space="preserve"> Düzeltme Sonrası Uygun Bulundu</w:t>
            </w:r>
          </w:p>
          <w:p w:rsidR="00440EAF" w:rsidRPr="00563EDE" w:rsidRDefault="00440EAF" w:rsidP="001C0BF2">
            <w:pPr>
              <w:rPr>
                <w:rFonts w:cs="Arial"/>
                <w:sz w:val="20"/>
                <w:szCs w:val="20"/>
                <w:lang w:val="tr-TR"/>
              </w:rPr>
            </w:pPr>
          </w:p>
          <w:p w:rsidR="00440EAF" w:rsidRPr="00563EDE" w:rsidRDefault="00440EAF" w:rsidP="001C0BF2">
            <w:pPr>
              <w:rPr>
                <w:rFonts w:cs="Arial"/>
                <w:sz w:val="20"/>
                <w:szCs w:val="20"/>
                <w:lang w:val="tr-TR"/>
              </w:rPr>
            </w:pPr>
            <w:r w:rsidRPr="00563EDE">
              <w:rPr>
                <w:rFonts w:cs="Arial"/>
                <w:sz w:val="20"/>
                <w:szCs w:val="20"/>
                <w:lang w:val="tr-TR"/>
              </w:rPr>
              <w:t xml:space="preserve">Eksiklik /Uygunsuzluk Açıklaması: </w:t>
            </w:r>
          </w:p>
          <w:p w:rsidR="00440EAF" w:rsidRPr="00563EDE" w:rsidRDefault="00440EAF" w:rsidP="001C0BF2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</w:tr>
      <w:tr w:rsidR="00440EAF" w:rsidRPr="00440EAF" w:rsidTr="00992F9D">
        <w:trPr>
          <w:jc w:val="center"/>
        </w:trPr>
        <w:tc>
          <w:tcPr>
            <w:tcW w:w="10530" w:type="dxa"/>
            <w:gridSpan w:val="3"/>
            <w:shd w:val="clear" w:color="auto" w:fill="C6D9F1" w:themeFill="text2" w:themeFillTint="33"/>
          </w:tcPr>
          <w:p w:rsidR="00440EAF" w:rsidRPr="00563EDE" w:rsidRDefault="00440EAF" w:rsidP="001C0BF2">
            <w:pPr>
              <w:jc w:val="center"/>
              <w:rPr>
                <w:rFonts w:cs="Arial"/>
                <w:sz w:val="20"/>
                <w:szCs w:val="20"/>
                <w:lang w:val="tr-TR"/>
              </w:rPr>
            </w:pPr>
            <w:r w:rsidRPr="00563EDE">
              <w:rPr>
                <w:rFonts w:cs="Arial"/>
                <w:b/>
                <w:sz w:val="20"/>
                <w:szCs w:val="20"/>
                <w:lang w:val="tr-TR"/>
              </w:rPr>
              <w:t>SINAV EVRAKI DÜZENLEME VE DENETLEME KOMİSYONU</w:t>
            </w:r>
          </w:p>
        </w:tc>
      </w:tr>
      <w:tr w:rsidR="00440EAF" w:rsidRPr="00440EAF" w:rsidTr="00992F9D">
        <w:trPr>
          <w:jc w:val="center"/>
        </w:trPr>
        <w:tc>
          <w:tcPr>
            <w:tcW w:w="4106" w:type="dxa"/>
          </w:tcPr>
          <w:p w:rsidR="00440EAF" w:rsidRPr="00563EDE" w:rsidRDefault="00440EAF" w:rsidP="001C0BF2">
            <w:pPr>
              <w:rPr>
                <w:rFonts w:cs="Arial"/>
                <w:sz w:val="20"/>
                <w:szCs w:val="20"/>
                <w:lang w:val="tr-TR"/>
              </w:rPr>
            </w:pPr>
            <w:r w:rsidRPr="00563EDE">
              <w:rPr>
                <w:rFonts w:cs="Arial"/>
                <w:sz w:val="20"/>
                <w:szCs w:val="20"/>
                <w:lang w:val="tr-TR"/>
              </w:rPr>
              <w:t>Komisyon Başkanı:</w:t>
            </w:r>
            <w:r w:rsidRPr="00563EDE">
              <w:rPr>
                <w:rFonts w:cs="Arial"/>
                <w:sz w:val="20"/>
                <w:szCs w:val="20"/>
                <w:lang w:val="tr-TR"/>
              </w:rPr>
              <w:br/>
            </w:r>
            <w:r w:rsidRPr="00563EDE">
              <w:rPr>
                <w:rFonts w:cs="Arial"/>
                <w:sz w:val="20"/>
                <w:szCs w:val="20"/>
                <w:lang w:val="tr-TR"/>
              </w:rPr>
              <w:br/>
            </w:r>
            <w:r w:rsidR="00992F9D" w:rsidRPr="00563EDE">
              <w:rPr>
                <w:rFonts w:cs="Arial"/>
                <w:sz w:val="20"/>
                <w:szCs w:val="20"/>
                <w:lang w:val="tr-TR"/>
              </w:rPr>
              <w:t>İmza / Tarih:</w:t>
            </w:r>
          </w:p>
        </w:tc>
        <w:tc>
          <w:tcPr>
            <w:tcW w:w="3402" w:type="dxa"/>
          </w:tcPr>
          <w:p w:rsidR="00440EAF" w:rsidRPr="00563EDE" w:rsidRDefault="00440EAF" w:rsidP="00992F9D">
            <w:pPr>
              <w:rPr>
                <w:rFonts w:cs="Arial"/>
                <w:sz w:val="20"/>
                <w:szCs w:val="20"/>
                <w:lang w:val="tr-TR"/>
              </w:rPr>
            </w:pPr>
            <w:r w:rsidRPr="00563EDE">
              <w:rPr>
                <w:rFonts w:cs="Arial"/>
                <w:sz w:val="20"/>
                <w:szCs w:val="20"/>
                <w:lang w:val="tr-TR"/>
              </w:rPr>
              <w:t>Üye:</w:t>
            </w:r>
            <w:r w:rsidRPr="00563EDE">
              <w:rPr>
                <w:rFonts w:cs="Arial"/>
                <w:sz w:val="20"/>
                <w:szCs w:val="20"/>
                <w:lang w:val="tr-TR"/>
              </w:rPr>
              <w:br/>
            </w:r>
            <w:r w:rsidRPr="00563EDE">
              <w:rPr>
                <w:rFonts w:cs="Arial"/>
                <w:sz w:val="20"/>
                <w:szCs w:val="20"/>
                <w:lang w:val="tr-TR"/>
              </w:rPr>
              <w:br/>
            </w:r>
            <w:r w:rsidR="00992F9D" w:rsidRPr="00563EDE">
              <w:rPr>
                <w:rFonts w:cs="Arial"/>
                <w:sz w:val="20"/>
                <w:szCs w:val="20"/>
                <w:lang w:val="tr-TR"/>
              </w:rPr>
              <w:t>İmza / Tarih:</w:t>
            </w:r>
          </w:p>
        </w:tc>
        <w:tc>
          <w:tcPr>
            <w:tcW w:w="3022" w:type="dxa"/>
          </w:tcPr>
          <w:p w:rsidR="00440EAF" w:rsidRPr="00563EDE" w:rsidRDefault="00440EAF" w:rsidP="001C0BF2">
            <w:pPr>
              <w:rPr>
                <w:rFonts w:cs="Arial"/>
                <w:sz w:val="20"/>
                <w:szCs w:val="20"/>
                <w:lang w:val="tr-TR"/>
              </w:rPr>
            </w:pPr>
            <w:r w:rsidRPr="00563EDE">
              <w:rPr>
                <w:rFonts w:cs="Arial"/>
                <w:sz w:val="20"/>
                <w:szCs w:val="20"/>
                <w:lang w:val="tr-TR"/>
              </w:rPr>
              <w:t>Üye:</w:t>
            </w:r>
            <w:r w:rsidRPr="00563EDE">
              <w:rPr>
                <w:rFonts w:cs="Arial"/>
                <w:sz w:val="20"/>
                <w:szCs w:val="20"/>
                <w:lang w:val="tr-TR"/>
              </w:rPr>
              <w:br/>
            </w:r>
            <w:r w:rsidRPr="00563EDE">
              <w:rPr>
                <w:rFonts w:cs="Arial"/>
                <w:sz w:val="20"/>
                <w:szCs w:val="20"/>
                <w:lang w:val="tr-TR"/>
              </w:rPr>
              <w:br/>
            </w:r>
            <w:r w:rsidR="00992F9D" w:rsidRPr="00563EDE">
              <w:rPr>
                <w:rFonts w:cs="Arial"/>
                <w:sz w:val="20"/>
                <w:szCs w:val="20"/>
                <w:lang w:val="tr-TR"/>
              </w:rPr>
              <w:t>İmza / Tarih:</w:t>
            </w:r>
          </w:p>
        </w:tc>
      </w:tr>
      <w:tr w:rsidR="00440EAF" w:rsidRPr="00440EAF" w:rsidTr="004F426D">
        <w:trPr>
          <w:trHeight w:val="510"/>
          <w:jc w:val="center"/>
        </w:trPr>
        <w:tc>
          <w:tcPr>
            <w:tcW w:w="10530" w:type="dxa"/>
            <w:gridSpan w:val="3"/>
            <w:vAlign w:val="center"/>
          </w:tcPr>
          <w:p w:rsidR="00563EDE" w:rsidRPr="004F426D" w:rsidRDefault="00440EAF" w:rsidP="004F426D">
            <w:pPr>
              <w:jc w:val="center"/>
              <w:rPr>
                <w:rFonts w:cs="Arial"/>
                <w:b/>
                <w:sz w:val="20"/>
                <w:szCs w:val="20"/>
                <w:lang w:val="tr-TR"/>
              </w:rPr>
            </w:pPr>
            <w:r w:rsidRPr="00563EDE">
              <w:rPr>
                <w:rFonts w:cs="Arial"/>
                <w:b/>
                <w:sz w:val="20"/>
                <w:szCs w:val="20"/>
                <w:lang w:val="tr-TR"/>
              </w:rPr>
              <w:t>ARŞİV İÇİN TESLİM ALAN</w:t>
            </w:r>
          </w:p>
        </w:tc>
      </w:tr>
      <w:tr w:rsidR="00440EAF" w:rsidRPr="00440EAF" w:rsidTr="00992F9D">
        <w:trPr>
          <w:jc w:val="center"/>
        </w:trPr>
        <w:tc>
          <w:tcPr>
            <w:tcW w:w="4106" w:type="dxa"/>
          </w:tcPr>
          <w:p w:rsidR="00440EAF" w:rsidRDefault="00440EAF" w:rsidP="001C0BF2">
            <w:pPr>
              <w:rPr>
                <w:rFonts w:cs="Arial"/>
                <w:sz w:val="20"/>
                <w:szCs w:val="20"/>
                <w:lang w:val="tr-TR"/>
              </w:rPr>
            </w:pPr>
            <w:r w:rsidRPr="00563EDE">
              <w:rPr>
                <w:rFonts w:cs="Arial"/>
                <w:sz w:val="20"/>
                <w:szCs w:val="20"/>
                <w:lang w:val="tr-TR"/>
              </w:rPr>
              <w:t>Adı Soyadı:</w:t>
            </w:r>
          </w:p>
          <w:p w:rsidR="00992F9D" w:rsidRPr="00563EDE" w:rsidRDefault="00992F9D" w:rsidP="001C0BF2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  <w:tc>
          <w:tcPr>
            <w:tcW w:w="3402" w:type="dxa"/>
          </w:tcPr>
          <w:p w:rsidR="00440EAF" w:rsidRPr="00563EDE" w:rsidRDefault="00440EAF" w:rsidP="001C0BF2">
            <w:pPr>
              <w:rPr>
                <w:rFonts w:cs="Arial"/>
                <w:sz w:val="20"/>
                <w:szCs w:val="20"/>
                <w:lang w:val="tr-TR"/>
              </w:rPr>
            </w:pPr>
            <w:r w:rsidRPr="00563EDE">
              <w:rPr>
                <w:rFonts w:cs="Arial"/>
                <w:sz w:val="20"/>
                <w:szCs w:val="20"/>
                <w:lang w:val="tr-TR"/>
              </w:rPr>
              <w:t>Görevi:</w:t>
            </w:r>
          </w:p>
        </w:tc>
        <w:tc>
          <w:tcPr>
            <w:tcW w:w="3022" w:type="dxa"/>
          </w:tcPr>
          <w:p w:rsidR="00440EAF" w:rsidRPr="00563EDE" w:rsidRDefault="00440EAF" w:rsidP="001C0BF2">
            <w:pPr>
              <w:rPr>
                <w:rFonts w:cs="Arial"/>
                <w:sz w:val="20"/>
                <w:szCs w:val="20"/>
                <w:lang w:val="tr-TR"/>
              </w:rPr>
            </w:pPr>
            <w:r w:rsidRPr="00563EDE">
              <w:rPr>
                <w:rFonts w:cs="Arial"/>
                <w:sz w:val="20"/>
                <w:szCs w:val="20"/>
                <w:lang w:val="tr-TR"/>
              </w:rPr>
              <w:t>İmza / Tarih:</w:t>
            </w:r>
          </w:p>
        </w:tc>
      </w:tr>
    </w:tbl>
    <w:p w:rsidR="009400D0" w:rsidRPr="009400D0" w:rsidRDefault="00000000" w:rsidP="002C41D1">
      <w:pPr>
        <w:spacing w:before="80" w:after="0"/>
        <w:jc w:val="both"/>
        <w:rPr>
          <w:sz w:val="20"/>
          <w:szCs w:val="20"/>
          <w:lang w:val="tr-TR"/>
        </w:rPr>
      </w:pPr>
      <w:r w:rsidRPr="009400D0">
        <w:rPr>
          <w:b/>
          <w:sz w:val="20"/>
          <w:szCs w:val="20"/>
          <w:lang w:val="tr-TR"/>
        </w:rPr>
        <w:t xml:space="preserve">Kontrol Notu: </w:t>
      </w:r>
      <w:r w:rsidRPr="009400D0">
        <w:rPr>
          <w:sz w:val="20"/>
          <w:szCs w:val="20"/>
          <w:lang w:val="tr-TR"/>
        </w:rPr>
        <w:t>Teslim edilen sınav evraklarının bölüm/fakülte arşivleme usullerine uygun, okunaklı ve eksiksiz olması esastır. Eksiklik tespit edilmesi hâlinde ilgili öğretim elemanına tamamlanmak üzere iade edilir.</w:t>
      </w:r>
      <w:r w:rsidR="002F05C9">
        <w:rPr>
          <w:sz w:val="20"/>
          <w:szCs w:val="20"/>
          <w:lang w:val="tr-TR"/>
        </w:rPr>
        <w:t xml:space="preserve"> Ayrıca </w:t>
      </w:r>
      <w:r w:rsidR="00C774A7">
        <w:rPr>
          <w:sz w:val="20"/>
          <w:szCs w:val="20"/>
          <w:lang w:val="tr-TR"/>
        </w:rPr>
        <w:t>bu f</w:t>
      </w:r>
      <w:r w:rsidR="00C774A7" w:rsidRPr="00C774A7">
        <w:rPr>
          <w:sz w:val="20"/>
          <w:szCs w:val="20"/>
          <w:lang w:val="tr-TR"/>
        </w:rPr>
        <w:t>orm, teslim ve kontrol işlemleri tamamlandıktan sonra sınav evrakı/zarfı</w:t>
      </w:r>
      <w:r w:rsidR="00C774A7">
        <w:rPr>
          <w:sz w:val="20"/>
          <w:szCs w:val="20"/>
          <w:lang w:val="tr-TR"/>
        </w:rPr>
        <w:t xml:space="preserve">na yapıştırılarak </w:t>
      </w:r>
      <w:r w:rsidR="00C774A7" w:rsidRPr="00C774A7">
        <w:rPr>
          <w:sz w:val="20"/>
          <w:szCs w:val="20"/>
          <w:lang w:val="tr-TR"/>
        </w:rPr>
        <w:t>arşivlenir.</w:t>
      </w:r>
      <w:r w:rsidR="005335EE">
        <w:rPr>
          <w:sz w:val="20"/>
          <w:szCs w:val="20"/>
          <w:lang w:val="tr-TR"/>
        </w:rPr>
        <w:t xml:space="preserve"> Gerektiğinde komisyon üyesi sayısı kadar </w:t>
      </w:r>
      <w:r w:rsidR="00563EDE">
        <w:rPr>
          <w:sz w:val="20"/>
          <w:szCs w:val="20"/>
          <w:lang w:val="tr-TR"/>
        </w:rPr>
        <w:t>sütün</w:t>
      </w:r>
      <w:r w:rsidR="005335EE">
        <w:rPr>
          <w:sz w:val="20"/>
          <w:szCs w:val="20"/>
          <w:lang w:val="tr-TR"/>
        </w:rPr>
        <w:t xml:space="preserve"> eklene bilinir</w:t>
      </w:r>
      <w:r w:rsidR="002C41D1">
        <w:rPr>
          <w:sz w:val="20"/>
          <w:szCs w:val="20"/>
          <w:lang w:val="tr-TR"/>
        </w:rPr>
        <w:t>.</w:t>
      </w:r>
    </w:p>
    <w:p w:rsidR="009400D0" w:rsidRPr="009400D0" w:rsidRDefault="009400D0" w:rsidP="009400D0">
      <w:pPr>
        <w:tabs>
          <w:tab w:val="left" w:pos="4213"/>
          <w:tab w:val="left" w:pos="6694"/>
        </w:tabs>
        <w:rPr>
          <w:sz w:val="20"/>
          <w:szCs w:val="20"/>
          <w:lang w:val="tr-TR"/>
        </w:rPr>
      </w:pPr>
      <w:r w:rsidRPr="009400D0">
        <w:rPr>
          <w:sz w:val="20"/>
          <w:szCs w:val="20"/>
          <w:lang w:val="tr-TR"/>
        </w:rPr>
        <w:tab/>
      </w:r>
      <w:r>
        <w:rPr>
          <w:sz w:val="20"/>
          <w:szCs w:val="20"/>
          <w:lang w:val="tr-TR"/>
        </w:rPr>
        <w:tab/>
      </w:r>
    </w:p>
    <w:sectPr w:rsidR="009400D0" w:rsidRPr="009400D0" w:rsidSect="009400D0">
      <w:headerReference w:type="default" r:id="rId8"/>
      <w:footerReference w:type="default" r:id="rId9"/>
      <w:pgSz w:w="12240" w:h="15840"/>
      <w:pgMar w:top="737" w:right="850" w:bottom="737" w:left="85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26CB3" w:rsidRDefault="00126CB3">
      <w:pPr>
        <w:spacing w:after="0" w:line="240" w:lineRule="auto"/>
      </w:pPr>
      <w:r>
        <w:separator/>
      </w:r>
    </w:p>
  </w:endnote>
  <w:endnote w:type="continuationSeparator" w:id="0">
    <w:p w:rsidR="00126CB3" w:rsidRDefault="00126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37F42" w:rsidRPr="009400D0" w:rsidRDefault="00000000">
    <w:pPr>
      <w:pStyle w:val="AltBilgi"/>
      <w:jc w:val="center"/>
      <w:rPr>
        <w:lang w:val="tr-TR"/>
      </w:rPr>
    </w:pPr>
    <w:r w:rsidRPr="009400D0">
      <w:rPr>
        <w:sz w:val="15"/>
        <w:lang w:val="tr-TR"/>
      </w:rPr>
      <w:t xml:space="preserve">Fen-Edebiyat Fakültesi </w:t>
    </w:r>
    <w:r w:rsidR="009400D0" w:rsidRPr="009400D0">
      <w:rPr>
        <w:sz w:val="15"/>
        <w:lang w:val="tr-TR"/>
      </w:rPr>
      <w:t>Sınav Evrak</w:t>
    </w:r>
    <w:r w:rsidR="003A6FD6">
      <w:rPr>
        <w:sz w:val="15"/>
        <w:lang w:val="tr-TR"/>
      </w:rPr>
      <w:t>ı</w:t>
    </w:r>
    <w:r w:rsidR="003C544C">
      <w:rPr>
        <w:sz w:val="15"/>
        <w:lang w:val="tr-TR"/>
      </w:rPr>
      <w:t xml:space="preserve"> </w:t>
    </w:r>
    <w:r w:rsidR="009400D0" w:rsidRPr="009400D0">
      <w:rPr>
        <w:sz w:val="15"/>
        <w:lang w:val="tr-TR"/>
      </w:rPr>
      <w:t>Teslim Formu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26CB3" w:rsidRDefault="00126CB3">
      <w:pPr>
        <w:spacing w:after="0" w:line="240" w:lineRule="auto"/>
      </w:pPr>
      <w:r>
        <w:separator/>
      </w:r>
    </w:p>
  </w:footnote>
  <w:footnote w:type="continuationSeparator" w:id="0">
    <w:p w:rsidR="00126CB3" w:rsidRDefault="00126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400D0" w:rsidRDefault="009400D0" w:rsidP="00CB367E">
    <w:pPr>
      <w:pStyle w:val="stBilgi"/>
      <w:ind w:left="-567"/>
    </w:pPr>
    <w:r>
      <w:rPr>
        <w:noProof/>
      </w:rPr>
      <w:drawing>
        <wp:inline distT="0" distB="0" distL="0" distR="0">
          <wp:extent cx="1031132" cy="1031132"/>
          <wp:effectExtent l="0" t="0" r="0" b="0"/>
          <wp:docPr id="742771087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2771087" name="Resim 74277108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5708" cy="10557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084047">
    <w:abstractNumId w:val="8"/>
  </w:num>
  <w:num w:numId="2" w16cid:durableId="1213999365">
    <w:abstractNumId w:val="6"/>
  </w:num>
  <w:num w:numId="3" w16cid:durableId="1641109464">
    <w:abstractNumId w:val="5"/>
  </w:num>
  <w:num w:numId="4" w16cid:durableId="195000705">
    <w:abstractNumId w:val="4"/>
  </w:num>
  <w:num w:numId="5" w16cid:durableId="1266309728">
    <w:abstractNumId w:val="7"/>
  </w:num>
  <w:num w:numId="6" w16cid:durableId="1525747378">
    <w:abstractNumId w:val="3"/>
  </w:num>
  <w:num w:numId="7" w16cid:durableId="1666324390">
    <w:abstractNumId w:val="2"/>
  </w:num>
  <w:num w:numId="8" w16cid:durableId="374547263">
    <w:abstractNumId w:val="1"/>
  </w:num>
  <w:num w:numId="9" w16cid:durableId="52505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6CB3"/>
    <w:rsid w:val="00140C2D"/>
    <w:rsid w:val="0015074B"/>
    <w:rsid w:val="00162F3C"/>
    <w:rsid w:val="00171677"/>
    <w:rsid w:val="002076C2"/>
    <w:rsid w:val="0029639D"/>
    <w:rsid w:val="002C41D1"/>
    <w:rsid w:val="002F05C9"/>
    <w:rsid w:val="00326F90"/>
    <w:rsid w:val="003770C8"/>
    <w:rsid w:val="003A6FD6"/>
    <w:rsid w:val="003C544C"/>
    <w:rsid w:val="003D4B55"/>
    <w:rsid w:val="00440EAF"/>
    <w:rsid w:val="0047792D"/>
    <w:rsid w:val="004E663D"/>
    <w:rsid w:val="004F426D"/>
    <w:rsid w:val="005155E2"/>
    <w:rsid w:val="005335EE"/>
    <w:rsid w:val="00563EDE"/>
    <w:rsid w:val="005852F2"/>
    <w:rsid w:val="00612167"/>
    <w:rsid w:val="006D1881"/>
    <w:rsid w:val="007C4C2D"/>
    <w:rsid w:val="007E5423"/>
    <w:rsid w:val="00893B8E"/>
    <w:rsid w:val="009400D0"/>
    <w:rsid w:val="00985EDD"/>
    <w:rsid w:val="00992F9D"/>
    <w:rsid w:val="00A62CC0"/>
    <w:rsid w:val="00A72435"/>
    <w:rsid w:val="00AA1D8D"/>
    <w:rsid w:val="00B47730"/>
    <w:rsid w:val="00C06FF7"/>
    <w:rsid w:val="00C102F3"/>
    <w:rsid w:val="00C16215"/>
    <w:rsid w:val="00C774A7"/>
    <w:rsid w:val="00CB0664"/>
    <w:rsid w:val="00CB367E"/>
    <w:rsid w:val="00D332FD"/>
    <w:rsid w:val="00D426B5"/>
    <w:rsid w:val="00E37F42"/>
    <w:rsid w:val="00E8323D"/>
    <w:rsid w:val="00F21DF5"/>
    <w:rsid w:val="00FC693F"/>
    <w:rsid w:val="00FF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1842ED"/>
  <w14:defaultImageDpi w14:val="300"/>
  <w15:docId w15:val="{239561A5-8A0C-A344-99E0-535D8BEA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32</cp:revision>
  <dcterms:created xsi:type="dcterms:W3CDTF">2026-09-01T18:08:00Z</dcterms:created>
  <dcterms:modified xsi:type="dcterms:W3CDTF">2026-09-02T07:11:00Z</dcterms:modified>
  <cp:category/>
</cp:coreProperties>
</file>